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7CCC7B" w14:textId="77777777" w:rsidR="00296026" w:rsidRDefault="00000000">
      <w:pPr>
        <w:jc w:val="center"/>
      </w:pPr>
      <w:r>
        <w:rPr>
          <w:b/>
          <w:color w:val="006699"/>
          <w:sz w:val="40"/>
        </w:rPr>
        <w:t>Pet Emergency Information Sheet</w:t>
      </w:r>
    </w:p>
    <w:p w14:paraId="7A37F9AB" w14:textId="520167DA" w:rsidR="00296026" w:rsidRDefault="00000000">
      <w:pPr>
        <w:jc w:val="center"/>
      </w:pPr>
      <w:r>
        <w:t>Keep this sheet in an accessible location and take it with you</w:t>
      </w:r>
      <w:r w:rsidR="00634C52">
        <w:t xml:space="preserve"> when boarding your pet or</w:t>
      </w:r>
      <w:r>
        <w:t xml:space="preserve"> during veterinary emergencies.</w:t>
      </w:r>
    </w:p>
    <w:p w14:paraId="35E67E73" w14:textId="77777777" w:rsidR="00296026" w:rsidRDefault="00000000">
      <w:pPr>
        <w:pStyle w:val="Heading1"/>
      </w:pPr>
      <w:r>
        <w:t>Pet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0"/>
        <w:gridCol w:w="5120"/>
      </w:tblGrid>
      <w:tr w:rsidR="00296026" w14:paraId="26D349A1" w14:textId="77777777" w:rsidTr="32669B6F">
        <w:tc>
          <w:tcPr>
            <w:tcW w:w="5120" w:type="dxa"/>
          </w:tcPr>
          <w:p w14:paraId="6305841C" w14:textId="77777777" w:rsidR="00296026" w:rsidRDefault="00000000" w:rsidP="004A6A78">
            <w:pPr>
              <w:spacing w:before="60" w:after="60"/>
            </w:pPr>
            <w:r>
              <w:t>Pet Name</w:t>
            </w:r>
          </w:p>
        </w:tc>
        <w:tc>
          <w:tcPr>
            <w:tcW w:w="5120" w:type="dxa"/>
          </w:tcPr>
          <w:p w14:paraId="58302BBE" w14:textId="169B8A9A" w:rsidR="00296026" w:rsidRDefault="00296026" w:rsidP="004A6A78">
            <w:pPr>
              <w:spacing w:before="60" w:after="60"/>
            </w:pPr>
          </w:p>
        </w:tc>
      </w:tr>
      <w:tr w:rsidR="00296026" w14:paraId="7C253A91" w14:textId="77777777" w:rsidTr="32669B6F">
        <w:tc>
          <w:tcPr>
            <w:tcW w:w="5120" w:type="dxa"/>
          </w:tcPr>
          <w:p w14:paraId="2AFC35B1" w14:textId="77777777" w:rsidR="00296026" w:rsidRDefault="00000000" w:rsidP="004A6A78">
            <w:pPr>
              <w:spacing w:before="60" w:after="60"/>
            </w:pPr>
            <w:r>
              <w:t>Species/Breed</w:t>
            </w:r>
          </w:p>
        </w:tc>
        <w:tc>
          <w:tcPr>
            <w:tcW w:w="5120" w:type="dxa"/>
          </w:tcPr>
          <w:p w14:paraId="469FA1A4" w14:textId="686A3790" w:rsidR="00296026" w:rsidRDefault="00296026" w:rsidP="004A6A78">
            <w:pPr>
              <w:spacing w:before="60" w:after="60"/>
            </w:pPr>
          </w:p>
        </w:tc>
      </w:tr>
      <w:tr w:rsidR="00296026" w14:paraId="2A2BC7B6" w14:textId="77777777" w:rsidTr="32669B6F">
        <w:tc>
          <w:tcPr>
            <w:tcW w:w="5120" w:type="dxa"/>
          </w:tcPr>
          <w:p w14:paraId="22C6CE53" w14:textId="77777777" w:rsidR="00296026" w:rsidRDefault="00000000" w:rsidP="004A6A78">
            <w:pPr>
              <w:spacing w:before="60" w:after="60"/>
            </w:pPr>
            <w:r>
              <w:t>Date of Birth/Age</w:t>
            </w:r>
          </w:p>
        </w:tc>
        <w:tc>
          <w:tcPr>
            <w:tcW w:w="5120" w:type="dxa"/>
          </w:tcPr>
          <w:p w14:paraId="293E2EE4" w14:textId="7FEE8EE8" w:rsidR="00296026" w:rsidRDefault="00296026" w:rsidP="004A6A78">
            <w:pPr>
              <w:spacing w:before="60" w:after="60"/>
            </w:pPr>
          </w:p>
        </w:tc>
      </w:tr>
      <w:tr w:rsidR="00296026" w14:paraId="41071271" w14:textId="77777777" w:rsidTr="32669B6F">
        <w:tc>
          <w:tcPr>
            <w:tcW w:w="5120" w:type="dxa"/>
          </w:tcPr>
          <w:p w14:paraId="3BD839CA" w14:textId="77777777" w:rsidR="00296026" w:rsidRDefault="00000000" w:rsidP="004A6A78">
            <w:pPr>
              <w:spacing w:before="60" w:after="60"/>
            </w:pPr>
            <w:r>
              <w:t>Microchip Number</w:t>
            </w:r>
          </w:p>
        </w:tc>
        <w:tc>
          <w:tcPr>
            <w:tcW w:w="5120" w:type="dxa"/>
          </w:tcPr>
          <w:p w14:paraId="7D3FF752" w14:textId="0039D18E" w:rsidR="00296026" w:rsidRDefault="00296026" w:rsidP="004A6A78">
            <w:pPr>
              <w:spacing w:before="60" w:after="60"/>
            </w:pPr>
          </w:p>
        </w:tc>
      </w:tr>
      <w:tr w:rsidR="00296026" w14:paraId="7EAA7879" w14:textId="77777777" w:rsidTr="32669B6F">
        <w:tc>
          <w:tcPr>
            <w:tcW w:w="5120" w:type="dxa"/>
          </w:tcPr>
          <w:p w14:paraId="57ADBE5D" w14:textId="77777777" w:rsidR="00296026" w:rsidRDefault="00000000" w:rsidP="004A6A78">
            <w:pPr>
              <w:spacing w:before="60" w:after="60"/>
            </w:pPr>
            <w:r>
              <w:t>Pet Insurance Provider</w:t>
            </w:r>
          </w:p>
        </w:tc>
        <w:tc>
          <w:tcPr>
            <w:tcW w:w="5120" w:type="dxa"/>
          </w:tcPr>
          <w:p w14:paraId="5FC34B34" w14:textId="6822FBA4" w:rsidR="00296026" w:rsidRDefault="00296026" w:rsidP="004A6A78">
            <w:pPr>
              <w:spacing w:before="60" w:after="60"/>
            </w:pPr>
          </w:p>
        </w:tc>
      </w:tr>
      <w:tr w:rsidR="00296026" w14:paraId="1C4AEA45" w14:textId="77777777" w:rsidTr="32669B6F">
        <w:tc>
          <w:tcPr>
            <w:tcW w:w="5120" w:type="dxa"/>
          </w:tcPr>
          <w:p w14:paraId="2E28646E" w14:textId="77777777" w:rsidR="00296026" w:rsidRDefault="00000000" w:rsidP="004A6A78">
            <w:pPr>
              <w:spacing w:before="60" w:after="60"/>
            </w:pPr>
            <w:r>
              <w:t>Policy Number</w:t>
            </w:r>
          </w:p>
        </w:tc>
        <w:tc>
          <w:tcPr>
            <w:tcW w:w="5120" w:type="dxa"/>
          </w:tcPr>
          <w:p w14:paraId="515E6722" w14:textId="738E3521" w:rsidR="00296026" w:rsidRDefault="00296026" w:rsidP="004A6A78">
            <w:pPr>
              <w:spacing w:before="60" w:after="60"/>
            </w:pPr>
          </w:p>
        </w:tc>
      </w:tr>
    </w:tbl>
    <w:p w14:paraId="1C973F19" w14:textId="77777777" w:rsidR="00296026" w:rsidRDefault="00000000">
      <w:pPr>
        <w:pStyle w:val="Heading1"/>
      </w:pPr>
      <w:r>
        <w:t>Owner Contact Information</w:t>
      </w:r>
    </w:p>
    <w:p w14:paraId="6FCE48F9" w14:textId="7A4E3902" w:rsidR="00296026" w:rsidRDefault="00000000" w:rsidP="32669B6F">
      <w:r>
        <w:br/>
      </w:r>
      <w:r w:rsidR="32669B6F">
        <w:t>Owner Name:   _______________________________________________________________</w:t>
      </w:r>
      <w:r w:rsidR="004A6A78">
        <w:t>_________________________________</w:t>
      </w:r>
    </w:p>
    <w:p w14:paraId="13613822" w14:textId="25EDEAA1" w:rsidR="00296026" w:rsidRDefault="32669B6F" w:rsidP="32669B6F">
      <w:r>
        <w:t>Primary Phone:   _____________________________________________________________</w:t>
      </w:r>
      <w:r w:rsidR="004A6A78">
        <w:t>_________________________________</w:t>
      </w:r>
    </w:p>
    <w:p w14:paraId="778359FB" w14:textId="334EE15B" w:rsidR="00296026" w:rsidRDefault="32669B6F" w:rsidP="32669B6F">
      <w:r>
        <w:t>Secondary Phone:  __________________________________________________</w:t>
      </w:r>
      <w:r w:rsidR="004A6A78">
        <w:t>_________________________________</w:t>
      </w:r>
      <w:r>
        <w:t>_________</w:t>
      </w:r>
    </w:p>
    <w:p w14:paraId="043E2C94" w14:textId="742822BE" w:rsidR="00296026" w:rsidRDefault="32669B6F" w:rsidP="32669B6F">
      <w:r>
        <w:t>Email Address:   ______________________________________________________</w:t>
      </w:r>
      <w:r w:rsidR="004A6A78">
        <w:t>_________________________________</w:t>
      </w:r>
      <w:r>
        <w:t>________</w:t>
      </w:r>
    </w:p>
    <w:p w14:paraId="34F20CBC" w14:textId="42C9C630" w:rsidR="00296026" w:rsidRDefault="32669B6F" w:rsidP="32669B6F">
      <w:r>
        <w:t>Home Address:   ______________________________________________________</w:t>
      </w:r>
      <w:r w:rsidR="004A6A78">
        <w:t>_________________________________</w:t>
      </w:r>
      <w:r>
        <w:t>________</w:t>
      </w:r>
    </w:p>
    <w:p w14:paraId="58FB142A" w14:textId="77777777" w:rsidR="00296026" w:rsidRDefault="00000000">
      <w:pPr>
        <w:pStyle w:val="Heading1"/>
      </w:pPr>
      <w:r>
        <w:t>Veterinary Information</w:t>
      </w:r>
    </w:p>
    <w:p w14:paraId="42447701" w14:textId="51C50052" w:rsidR="00296026" w:rsidRDefault="00000000" w:rsidP="32669B6F">
      <w:r>
        <w:br/>
      </w:r>
      <w:r w:rsidR="32669B6F">
        <w:t xml:space="preserve">Veterinary Practice:   </w:t>
      </w:r>
      <w:r w:rsidR="004A6A78">
        <w:t xml:space="preserve"> </w:t>
      </w:r>
      <w:r w:rsidR="32669B6F">
        <w:t>___________________________________________</w:t>
      </w:r>
      <w:r w:rsidR="004A6A78">
        <w:t>_________________________________</w:t>
      </w:r>
      <w:r w:rsidR="32669B6F">
        <w:t>______________</w:t>
      </w:r>
    </w:p>
    <w:p w14:paraId="044376FC" w14:textId="0DAA1E50" w:rsidR="00296026" w:rsidRDefault="32669B6F" w:rsidP="32669B6F">
      <w:r>
        <w:t>Vet Phone Number:   ____________________________________________</w:t>
      </w:r>
      <w:r w:rsidR="004A6A78">
        <w:t>_________________________________</w:t>
      </w:r>
      <w:r>
        <w:t>______________</w:t>
      </w:r>
    </w:p>
    <w:p w14:paraId="257CD05F" w14:textId="52599257" w:rsidR="00296026" w:rsidRDefault="32669B6F" w:rsidP="32669B6F">
      <w:r>
        <w:t>Out-of-Hours Emergency Number:   ___________________________</w:t>
      </w:r>
      <w:r w:rsidR="004A6A78">
        <w:t>_________________________________</w:t>
      </w:r>
      <w:r>
        <w:t>______________</w:t>
      </w:r>
    </w:p>
    <w:p w14:paraId="31AAF92E" w14:textId="77777777" w:rsidR="004A6A78" w:rsidRDefault="004A6A7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7C54DFB1" w14:textId="21F7920E" w:rsidR="00296026" w:rsidRDefault="00000000">
      <w:pPr>
        <w:pStyle w:val="Heading1"/>
      </w:pPr>
      <w:r>
        <w:lastRenderedPageBreak/>
        <w:t>Medical Information</w:t>
      </w:r>
    </w:p>
    <w:p w14:paraId="3DA65B07" w14:textId="5150050C" w:rsidR="00296026" w:rsidRDefault="00000000" w:rsidP="32669B6F">
      <w:r>
        <w:br/>
      </w:r>
      <w:r w:rsidR="32669B6F">
        <w:t>Current Medications:   __________________________________</w:t>
      </w:r>
      <w:r w:rsidR="004A6A78">
        <w:t>_________________________________</w:t>
      </w:r>
      <w:r w:rsidR="32669B6F">
        <w:t>_______________________</w:t>
      </w:r>
    </w:p>
    <w:p w14:paraId="0CAC5C2B" w14:textId="05DE775A" w:rsidR="00296026" w:rsidRDefault="32669B6F" w:rsidP="32669B6F">
      <w:r>
        <w:t>Allergies:  _________________________________________________</w:t>
      </w:r>
      <w:r w:rsidR="004A6A78">
        <w:t>_________________________________</w:t>
      </w:r>
      <w:r>
        <w:t>______________________</w:t>
      </w:r>
    </w:p>
    <w:p w14:paraId="495F3944" w14:textId="429570F1" w:rsidR="00296026" w:rsidRDefault="32669B6F" w:rsidP="32669B6F">
      <w:r>
        <w:t>Existing Medical Conditions:   ____________________________</w:t>
      </w:r>
      <w:r w:rsidR="004A6A78">
        <w:t>_________________________________</w:t>
      </w:r>
      <w:r>
        <w:t>_____________________</w:t>
      </w:r>
    </w:p>
    <w:p w14:paraId="21452A7D" w14:textId="7A1A9EB2" w:rsidR="00296026" w:rsidRDefault="32669B6F" w:rsidP="32669B6F">
      <w:r>
        <w:t>Special Dietary Requirements:   __________________________</w:t>
      </w:r>
      <w:r w:rsidR="004A6A78">
        <w:t>_________________________________</w:t>
      </w:r>
      <w:r>
        <w:t>_____________________</w:t>
      </w:r>
    </w:p>
    <w:p w14:paraId="645EA46E" w14:textId="77777777" w:rsidR="00296026" w:rsidRDefault="00000000">
      <w:pPr>
        <w:pStyle w:val="Heading1"/>
      </w:pPr>
      <w:r>
        <w:t>Emergency Contacts</w:t>
      </w:r>
    </w:p>
    <w:p w14:paraId="5DE26D6C" w14:textId="77777777" w:rsidR="004A6A78" w:rsidRDefault="004A6A78" w:rsidP="32669B6F"/>
    <w:p w14:paraId="68B72D33" w14:textId="6A470800" w:rsidR="00296026" w:rsidRDefault="32669B6F" w:rsidP="32669B6F">
      <w:r>
        <w:t>Contact Name:   ____________________________________________</w:t>
      </w:r>
      <w:r w:rsidR="004A6A78">
        <w:t>_________________________________</w:t>
      </w:r>
      <w:r>
        <w:t>______________________</w:t>
      </w:r>
    </w:p>
    <w:p w14:paraId="5FD4217B" w14:textId="420AD313" w:rsidR="00296026" w:rsidRDefault="32669B6F" w:rsidP="32669B6F">
      <w:r>
        <w:t>Relationship:  _______________________________________________</w:t>
      </w:r>
      <w:r w:rsidR="004A6A78">
        <w:t>_________________________________</w:t>
      </w:r>
      <w:r>
        <w:t>_____________________</w:t>
      </w:r>
    </w:p>
    <w:p w14:paraId="5052E1FE" w14:textId="34504909" w:rsidR="00296026" w:rsidRDefault="32669B6F" w:rsidP="32669B6F">
      <w:r>
        <w:t>Phone Number:   ____________________________________________</w:t>
      </w:r>
      <w:r w:rsidR="004A6A78">
        <w:t>_________________________________</w:t>
      </w:r>
      <w:r>
        <w:t>_____________________</w:t>
      </w:r>
    </w:p>
    <w:p w14:paraId="12AFBAF1" w14:textId="77777777" w:rsidR="00296026" w:rsidRDefault="00000000">
      <w:pPr>
        <w:pStyle w:val="Heading1"/>
      </w:pPr>
      <w:r>
        <w:t>Emergency Notes</w:t>
      </w:r>
    </w:p>
    <w:p w14:paraId="7D2D0C23" w14:textId="070E9C8A" w:rsidR="004A6A78" w:rsidRDefault="00000000" w:rsidP="004A6A78">
      <w:r>
        <w:br/>
      </w:r>
      <w:r w:rsidR="004A6A78">
        <w:t>_______________________________________________________________________________________________________________________</w:t>
      </w:r>
    </w:p>
    <w:p w14:paraId="20CF62B2" w14:textId="56980B6F" w:rsidR="004A6A78" w:rsidRDefault="004A6A78" w:rsidP="004A6A78">
      <w:r>
        <w:t>_______________________________________________________________________________________________________________________</w:t>
      </w:r>
    </w:p>
    <w:p w14:paraId="61353D2D" w14:textId="21FB8F19" w:rsidR="004A6A78" w:rsidRDefault="004A6A78" w:rsidP="004A6A78">
      <w:r>
        <w:t>_______________________________________________________________________________________________________________________</w:t>
      </w:r>
    </w:p>
    <w:p w14:paraId="3D40871A" w14:textId="4AAD6987" w:rsidR="004A6A78" w:rsidRDefault="004A6A78" w:rsidP="004A6A78">
      <w:r>
        <w:t>_______________________________________________________________________________________________________________________</w:t>
      </w:r>
    </w:p>
    <w:p w14:paraId="6F8BB886" w14:textId="79B649C3" w:rsidR="004A6A78" w:rsidRDefault="004A6A78" w:rsidP="004A6A78">
      <w:r>
        <w:t>_______________________________________________________________________________________________________________________</w:t>
      </w:r>
    </w:p>
    <w:p w14:paraId="5E32E2D7" w14:textId="6138C95B" w:rsidR="004A6A78" w:rsidRDefault="004A6A78" w:rsidP="004A6A78">
      <w:r>
        <w:t>_______________________________________________________________________________________________________________________</w:t>
      </w:r>
    </w:p>
    <w:p w14:paraId="298ED7D9" w14:textId="5A918A23" w:rsidR="00296026" w:rsidRDefault="32669B6F" w:rsidP="32669B6F">
      <w:r>
        <w:t>______________________________________________________________________________________</w:t>
      </w:r>
      <w:r w:rsidR="004A6A78">
        <w:t>_________________________________</w:t>
      </w:r>
    </w:p>
    <w:sectPr w:rsidR="00296026" w:rsidSect="00034616">
      <w:headerReference w:type="default" r:id="rId8"/>
      <w:footerReference w:type="default" r:id="rId9"/>
      <w:pgSz w:w="12240" w:h="15840"/>
      <w:pgMar w:top="1440" w:right="1000" w:bottom="1440" w:left="10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D037AD" w14:textId="77777777" w:rsidR="00685CF5" w:rsidRDefault="00685CF5" w:rsidP="004A6A78">
      <w:pPr>
        <w:spacing w:after="0" w:line="240" w:lineRule="auto"/>
      </w:pPr>
      <w:r>
        <w:separator/>
      </w:r>
    </w:p>
  </w:endnote>
  <w:endnote w:type="continuationSeparator" w:id="0">
    <w:p w14:paraId="01C019BC" w14:textId="77777777" w:rsidR="00685CF5" w:rsidRDefault="00685CF5" w:rsidP="004A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C221A0" w14:textId="0D4D8F44" w:rsidR="004A6A78" w:rsidRDefault="004A6A78" w:rsidP="004A6A78">
    <w:pPr>
      <w:pStyle w:val="Footer"/>
      <w:tabs>
        <w:tab w:val="clear" w:pos="4680"/>
        <w:tab w:val="clear" w:pos="9360"/>
        <w:tab w:val="right" w:pos="10240"/>
      </w:tabs>
    </w:pPr>
    <w:r w:rsidRPr="00F01429">
      <w:rPr>
        <w:rFonts w:ascii="Arial" w:hAnsi="Arial" w:cs="Arial"/>
      </w:rPr>
      <w:t>Get your online digital pet records</w:t>
    </w:r>
    <w:r>
      <w:rPr>
        <w:rFonts w:ascii="Arial" w:hAnsi="Arial" w:cs="Arial"/>
      </w:rPr>
      <w:tab/>
    </w:r>
    <w:r w:rsidRPr="00F01429">
      <w:rPr>
        <w:rFonts w:ascii="Arial" w:hAnsi="Arial" w:cs="Arial"/>
      </w:rPr>
      <w:t>www.MyPetNet.co.uk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0ED60C" w14:textId="77777777" w:rsidR="00685CF5" w:rsidRDefault="00685CF5" w:rsidP="004A6A78">
      <w:pPr>
        <w:spacing w:after="0" w:line="240" w:lineRule="auto"/>
      </w:pPr>
      <w:r>
        <w:separator/>
      </w:r>
    </w:p>
  </w:footnote>
  <w:footnote w:type="continuationSeparator" w:id="0">
    <w:p w14:paraId="3D0FD7C3" w14:textId="77777777" w:rsidR="00685CF5" w:rsidRDefault="00685CF5" w:rsidP="004A6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C672D0" w14:textId="5FF765F3" w:rsidR="004A6A78" w:rsidRDefault="004A6A78" w:rsidP="004A6A78">
    <w:pPr>
      <w:pStyle w:val="Header"/>
      <w:jc w:val="center"/>
    </w:pPr>
    <w:r>
      <w:fldChar w:fldCharType="begin"/>
    </w:r>
    <w:r>
      <w:instrText xml:space="preserve"> INCLUDEPICTURE "https://mypetnet.co.uk/online/assets/mypetnet.png" \* MERGEFORMATINET </w:instrText>
    </w:r>
    <w:r>
      <w:fldChar w:fldCharType="separate"/>
    </w:r>
    <w:r>
      <w:rPr>
        <w:noProof/>
      </w:rPr>
      <w:drawing>
        <wp:inline distT="0" distB="0" distL="0" distR="0" wp14:anchorId="310F1244" wp14:editId="2A3C7F44">
          <wp:extent cx="761229" cy="557048"/>
          <wp:effectExtent l="0" t="0" r="1270" b="1905"/>
          <wp:docPr id="1238539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430" cy="59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  <w:p w14:paraId="24BDC66D" w14:textId="77777777" w:rsidR="004A6A78" w:rsidRDefault="004A6A78" w:rsidP="004A6A7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1583449">
    <w:abstractNumId w:val="8"/>
  </w:num>
  <w:num w:numId="2" w16cid:durableId="440345742">
    <w:abstractNumId w:val="6"/>
  </w:num>
  <w:num w:numId="3" w16cid:durableId="354886309">
    <w:abstractNumId w:val="5"/>
  </w:num>
  <w:num w:numId="4" w16cid:durableId="845487345">
    <w:abstractNumId w:val="4"/>
  </w:num>
  <w:num w:numId="5" w16cid:durableId="1463186645">
    <w:abstractNumId w:val="7"/>
  </w:num>
  <w:num w:numId="6" w16cid:durableId="240726005">
    <w:abstractNumId w:val="3"/>
  </w:num>
  <w:num w:numId="7" w16cid:durableId="1939755060">
    <w:abstractNumId w:val="2"/>
  </w:num>
  <w:num w:numId="8" w16cid:durableId="1241867428">
    <w:abstractNumId w:val="1"/>
  </w:num>
  <w:num w:numId="9" w16cid:durableId="21427683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026"/>
    <w:rsid w:val="0029639D"/>
    <w:rsid w:val="00326F90"/>
    <w:rsid w:val="004A6A78"/>
    <w:rsid w:val="00634C52"/>
    <w:rsid w:val="00685CF5"/>
    <w:rsid w:val="00AA1D8D"/>
    <w:rsid w:val="00B47730"/>
    <w:rsid w:val="00CB0664"/>
    <w:rsid w:val="00CE2E3F"/>
    <w:rsid w:val="00E57546"/>
    <w:rsid w:val="00FC693F"/>
    <w:rsid w:val="125966BA"/>
    <w:rsid w:val="1311D684"/>
    <w:rsid w:val="32669B6F"/>
    <w:rsid w:val="3A381EBA"/>
    <w:rsid w:val="52A395CB"/>
    <w:rsid w:val="6EC2CFB2"/>
    <w:rsid w:val="7FE3B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CAB41BE-DB64-4D74-8B83-6BFB5ED4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104</Words>
  <Characters>2771</Characters>
  <Application>Microsoft Office Word</Application>
  <DocSecurity>0</DocSecurity>
  <Lines>49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 Emergency information Sheet</dc:title>
  <dc:subject/>
  <dc:creator>MyPetNet</dc:creator>
  <cp:keywords/>
  <dc:description/>
  <cp:lastModifiedBy>Carl McLaren</cp:lastModifiedBy>
  <cp:revision>3</cp:revision>
  <cp:lastPrinted>2026-09-02T22:07:00Z</cp:lastPrinted>
  <dcterms:created xsi:type="dcterms:W3CDTF">2026-09-02T22:07:00Z</dcterms:created>
  <dcterms:modified xsi:type="dcterms:W3CDTF">2026-09-02T22:12:00Z</dcterms:modified>
  <cp:category/>
</cp:coreProperties>
</file>