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ECF9C6" w14:textId="77777777" w:rsidR="0035153C" w:rsidRPr="000E0C1B" w:rsidRDefault="00096CD8">
      <w:pPr>
        <w:jc w:val="center"/>
        <w:rPr>
          <w:rFonts w:ascii="Arial" w:hAnsi="Arial" w:cs="Arial"/>
          <w:color w:val="000000" w:themeColor="text1"/>
        </w:rPr>
      </w:pPr>
      <w:r w:rsidRPr="000E0C1B">
        <w:rPr>
          <w:rFonts w:ascii="Arial" w:hAnsi="Arial" w:cs="Arial"/>
          <w:b/>
          <w:color w:val="000000" w:themeColor="text1"/>
          <w:sz w:val="40"/>
        </w:rPr>
        <w:t>PET MEDICATION TRACKER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9"/>
        <w:gridCol w:w="3595"/>
        <w:gridCol w:w="3601"/>
        <w:gridCol w:w="3595"/>
      </w:tblGrid>
      <w:tr w:rsidR="0035153C" w14:paraId="02EF60A8" w14:textId="77777777" w:rsidTr="00F0150C">
        <w:trPr>
          <w:trHeight w:val="277"/>
        </w:trPr>
        <w:tc>
          <w:tcPr>
            <w:tcW w:w="3611" w:type="dxa"/>
          </w:tcPr>
          <w:p w14:paraId="6305841C" w14:textId="77777777" w:rsidR="0035153C" w:rsidRDefault="00096CD8">
            <w:r>
              <w:t>Pet Name</w:t>
            </w:r>
          </w:p>
        </w:tc>
        <w:tc>
          <w:tcPr>
            <w:tcW w:w="3611" w:type="dxa"/>
          </w:tcPr>
          <w:p w14:paraId="672A6659" w14:textId="77777777" w:rsidR="0035153C" w:rsidRDefault="0035153C"/>
        </w:tc>
        <w:tc>
          <w:tcPr>
            <w:tcW w:w="3611" w:type="dxa"/>
          </w:tcPr>
          <w:p w14:paraId="2AFC35B1" w14:textId="77777777" w:rsidR="0035153C" w:rsidRDefault="00096CD8">
            <w:r>
              <w:t>Species/Breed</w:t>
            </w:r>
          </w:p>
        </w:tc>
        <w:tc>
          <w:tcPr>
            <w:tcW w:w="3611" w:type="dxa"/>
          </w:tcPr>
          <w:p w14:paraId="0A37501D" w14:textId="77777777" w:rsidR="0035153C" w:rsidRDefault="0035153C"/>
        </w:tc>
      </w:tr>
      <w:tr w:rsidR="0035153C" w14:paraId="3107048B" w14:textId="77777777" w:rsidTr="00F0150C">
        <w:trPr>
          <w:trHeight w:val="264"/>
        </w:trPr>
        <w:tc>
          <w:tcPr>
            <w:tcW w:w="3611" w:type="dxa"/>
          </w:tcPr>
          <w:p w14:paraId="468A569D" w14:textId="77777777" w:rsidR="0035153C" w:rsidRDefault="00096CD8">
            <w:r>
              <w:t>Owner</w:t>
            </w:r>
          </w:p>
        </w:tc>
        <w:tc>
          <w:tcPr>
            <w:tcW w:w="3611" w:type="dxa"/>
          </w:tcPr>
          <w:p w14:paraId="5DAB6C7B" w14:textId="77777777" w:rsidR="0035153C" w:rsidRDefault="0035153C"/>
        </w:tc>
        <w:tc>
          <w:tcPr>
            <w:tcW w:w="3611" w:type="dxa"/>
          </w:tcPr>
          <w:p w14:paraId="007F5CA8" w14:textId="77777777" w:rsidR="0035153C" w:rsidRDefault="00096CD8">
            <w:r>
              <w:t>Vet</w:t>
            </w:r>
          </w:p>
        </w:tc>
        <w:tc>
          <w:tcPr>
            <w:tcW w:w="3611" w:type="dxa"/>
          </w:tcPr>
          <w:p w14:paraId="02EB378F" w14:textId="77777777" w:rsidR="0035153C" w:rsidRDefault="0035153C"/>
        </w:tc>
      </w:tr>
      <w:tr w:rsidR="0035153C" w14:paraId="05D48798" w14:textId="77777777" w:rsidTr="00F0150C">
        <w:trPr>
          <w:trHeight w:val="277"/>
        </w:trPr>
        <w:tc>
          <w:tcPr>
            <w:tcW w:w="3611" w:type="dxa"/>
          </w:tcPr>
          <w:p w14:paraId="65A7799B" w14:textId="77777777" w:rsidR="0035153C" w:rsidRDefault="00096CD8">
            <w:r>
              <w:t>Weight</w:t>
            </w:r>
          </w:p>
        </w:tc>
        <w:tc>
          <w:tcPr>
            <w:tcW w:w="3611" w:type="dxa"/>
          </w:tcPr>
          <w:p w14:paraId="6A05A809" w14:textId="77777777" w:rsidR="0035153C" w:rsidRDefault="0035153C"/>
        </w:tc>
        <w:tc>
          <w:tcPr>
            <w:tcW w:w="3611" w:type="dxa"/>
          </w:tcPr>
          <w:p w14:paraId="7BBA7438" w14:textId="77777777" w:rsidR="0035153C" w:rsidRDefault="00096CD8">
            <w:r>
              <w:t>DOB/Age</w:t>
            </w:r>
          </w:p>
        </w:tc>
        <w:tc>
          <w:tcPr>
            <w:tcW w:w="3611" w:type="dxa"/>
          </w:tcPr>
          <w:p w14:paraId="5A39BBE3" w14:textId="77777777" w:rsidR="0035153C" w:rsidRDefault="0035153C"/>
        </w:tc>
      </w:tr>
      <w:tr w:rsidR="0035153C" w14:paraId="190EB807" w14:textId="77777777" w:rsidTr="00F0150C">
        <w:trPr>
          <w:trHeight w:val="277"/>
        </w:trPr>
        <w:tc>
          <w:tcPr>
            <w:tcW w:w="3611" w:type="dxa"/>
          </w:tcPr>
          <w:p w14:paraId="2DFC8CC5" w14:textId="77777777" w:rsidR="0035153C" w:rsidRDefault="00096CD8">
            <w:r>
              <w:t>Allergies</w:t>
            </w:r>
          </w:p>
        </w:tc>
        <w:tc>
          <w:tcPr>
            <w:tcW w:w="3611" w:type="dxa"/>
          </w:tcPr>
          <w:p w14:paraId="41C8F396" w14:textId="77777777" w:rsidR="0035153C" w:rsidRDefault="0035153C"/>
        </w:tc>
        <w:tc>
          <w:tcPr>
            <w:tcW w:w="3611" w:type="dxa"/>
          </w:tcPr>
          <w:p w14:paraId="110B4B04" w14:textId="77777777" w:rsidR="0035153C" w:rsidRDefault="00096CD8">
            <w:r>
              <w:t>Emergency Contact</w:t>
            </w:r>
          </w:p>
        </w:tc>
        <w:tc>
          <w:tcPr>
            <w:tcW w:w="3611" w:type="dxa"/>
          </w:tcPr>
          <w:p w14:paraId="72A3D3EC" w14:textId="77777777" w:rsidR="0035153C" w:rsidRDefault="0035153C"/>
        </w:tc>
      </w:tr>
    </w:tbl>
    <w:p w14:paraId="0D0B940D" w14:textId="77777777" w:rsidR="0035153C" w:rsidRDefault="0035153C"/>
    <w:p w14:paraId="28A31494" w14:textId="77777777" w:rsidR="0035153C" w:rsidRDefault="00096CD8">
      <w:r>
        <w:rPr>
          <w:b/>
        </w:rPr>
        <w:t>Medication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6"/>
        <w:gridCol w:w="2057"/>
        <w:gridCol w:w="2056"/>
        <w:gridCol w:w="2055"/>
        <w:gridCol w:w="1411"/>
        <w:gridCol w:w="1446"/>
        <w:gridCol w:w="3309"/>
      </w:tblGrid>
      <w:tr w:rsidR="00FC3554" w14:paraId="1F66DB53" w14:textId="77777777" w:rsidTr="00FC3554">
        <w:trPr>
          <w:trHeight w:val="528"/>
        </w:trPr>
        <w:tc>
          <w:tcPr>
            <w:tcW w:w="2063" w:type="dxa"/>
          </w:tcPr>
          <w:p w14:paraId="045F0B21" w14:textId="77777777" w:rsidR="00FC3554" w:rsidRDefault="00FC3554">
            <w:r>
              <w:t>Med Name</w:t>
            </w:r>
          </w:p>
        </w:tc>
        <w:tc>
          <w:tcPr>
            <w:tcW w:w="2063" w:type="dxa"/>
          </w:tcPr>
          <w:p w14:paraId="39EC13BE" w14:textId="77777777" w:rsidR="00FC3554" w:rsidRDefault="00FC3554">
            <w:r>
              <w:t>Purpose</w:t>
            </w:r>
          </w:p>
        </w:tc>
        <w:tc>
          <w:tcPr>
            <w:tcW w:w="2063" w:type="dxa"/>
          </w:tcPr>
          <w:p w14:paraId="09366EDE" w14:textId="77777777" w:rsidR="00FC3554" w:rsidRDefault="00FC3554">
            <w:r>
              <w:t>Dosage</w:t>
            </w:r>
          </w:p>
        </w:tc>
        <w:tc>
          <w:tcPr>
            <w:tcW w:w="2063" w:type="dxa"/>
          </w:tcPr>
          <w:p w14:paraId="6F35DBC6" w14:textId="3A90E237" w:rsidR="00FC3554" w:rsidRDefault="00FC3554">
            <w:r>
              <w:t>Freq</w:t>
            </w:r>
          </w:p>
        </w:tc>
        <w:tc>
          <w:tcPr>
            <w:tcW w:w="1415" w:type="dxa"/>
          </w:tcPr>
          <w:p w14:paraId="22E5273D" w14:textId="77777777" w:rsidR="00FC3554" w:rsidRDefault="00FC3554">
            <w:r>
              <w:t>Start Date</w:t>
            </w:r>
          </w:p>
        </w:tc>
        <w:tc>
          <w:tcPr>
            <w:tcW w:w="1451" w:type="dxa"/>
          </w:tcPr>
          <w:p w14:paraId="3DDC0914" w14:textId="77777777" w:rsidR="00FC3554" w:rsidRDefault="00FC3554">
            <w:r>
              <w:t>End Date</w:t>
            </w:r>
          </w:p>
        </w:tc>
        <w:tc>
          <w:tcPr>
            <w:tcW w:w="3323" w:type="dxa"/>
          </w:tcPr>
          <w:p w14:paraId="25546E3C" w14:textId="77777777" w:rsidR="00FC3554" w:rsidRDefault="00FC3554">
            <w:r>
              <w:t>Notes</w:t>
            </w:r>
          </w:p>
        </w:tc>
      </w:tr>
      <w:tr w:rsidR="00FC3554" w14:paraId="0E27B00A" w14:textId="77777777" w:rsidTr="00FC3554">
        <w:trPr>
          <w:trHeight w:val="252"/>
        </w:trPr>
        <w:tc>
          <w:tcPr>
            <w:tcW w:w="2063" w:type="dxa"/>
          </w:tcPr>
          <w:p w14:paraId="60061E4C" w14:textId="77777777" w:rsidR="00FC3554" w:rsidRDefault="00FC3554"/>
        </w:tc>
        <w:tc>
          <w:tcPr>
            <w:tcW w:w="2063" w:type="dxa"/>
          </w:tcPr>
          <w:p w14:paraId="44EAFD9C" w14:textId="77777777" w:rsidR="00FC3554" w:rsidRDefault="00FC3554"/>
        </w:tc>
        <w:tc>
          <w:tcPr>
            <w:tcW w:w="2063" w:type="dxa"/>
          </w:tcPr>
          <w:p w14:paraId="4B94D5A5" w14:textId="77777777" w:rsidR="00FC3554" w:rsidRDefault="00FC3554"/>
        </w:tc>
        <w:tc>
          <w:tcPr>
            <w:tcW w:w="2063" w:type="dxa"/>
          </w:tcPr>
          <w:p w14:paraId="3656B9AB" w14:textId="77777777" w:rsidR="00FC3554" w:rsidRDefault="00FC3554"/>
        </w:tc>
        <w:tc>
          <w:tcPr>
            <w:tcW w:w="1415" w:type="dxa"/>
          </w:tcPr>
          <w:p w14:paraId="45FB0818" w14:textId="77777777" w:rsidR="00FC3554" w:rsidRDefault="00FC3554"/>
        </w:tc>
        <w:tc>
          <w:tcPr>
            <w:tcW w:w="1451" w:type="dxa"/>
          </w:tcPr>
          <w:p w14:paraId="049F31CB" w14:textId="77777777" w:rsidR="00FC3554" w:rsidRDefault="00FC3554"/>
        </w:tc>
        <w:tc>
          <w:tcPr>
            <w:tcW w:w="3323" w:type="dxa"/>
          </w:tcPr>
          <w:p w14:paraId="53128261" w14:textId="77777777" w:rsidR="00FC3554" w:rsidRDefault="00FC3554"/>
        </w:tc>
      </w:tr>
      <w:tr w:rsidR="00FC3554" w14:paraId="62486C05" w14:textId="77777777" w:rsidTr="00FC3554">
        <w:trPr>
          <w:trHeight w:val="264"/>
        </w:trPr>
        <w:tc>
          <w:tcPr>
            <w:tcW w:w="2063" w:type="dxa"/>
          </w:tcPr>
          <w:p w14:paraId="4101652C" w14:textId="77777777" w:rsidR="00FC3554" w:rsidRDefault="00FC3554"/>
        </w:tc>
        <w:tc>
          <w:tcPr>
            <w:tcW w:w="2063" w:type="dxa"/>
          </w:tcPr>
          <w:p w14:paraId="4B99056E" w14:textId="77777777" w:rsidR="00FC3554" w:rsidRDefault="00FC3554"/>
        </w:tc>
        <w:tc>
          <w:tcPr>
            <w:tcW w:w="2063" w:type="dxa"/>
          </w:tcPr>
          <w:p w14:paraId="1299C43A" w14:textId="77777777" w:rsidR="00FC3554" w:rsidRDefault="00FC3554"/>
        </w:tc>
        <w:tc>
          <w:tcPr>
            <w:tcW w:w="2063" w:type="dxa"/>
          </w:tcPr>
          <w:p w14:paraId="3461D779" w14:textId="77777777" w:rsidR="00FC3554" w:rsidRDefault="00FC3554"/>
        </w:tc>
        <w:tc>
          <w:tcPr>
            <w:tcW w:w="1415" w:type="dxa"/>
          </w:tcPr>
          <w:p w14:paraId="3CF2D8B6" w14:textId="77777777" w:rsidR="00FC3554" w:rsidRDefault="00FC3554"/>
        </w:tc>
        <w:tc>
          <w:tcPr>
            <w:tcW w:w="1451" w:type="dxa"/>
          </w:tcPr>
          <w:p w14:paraId="0FB78278" w14:textId="77777777" w:rsidR="00FC3554" w:rsidRDefault="00FC3554"/>
        </w:tc>
        <w:tc>
          <w:tcPr>
            <w:tcW w:w="3323" w:type="dxa"/>
          </w:tcPr>
          <w:p w14:paraId="1FC39945" w14:textId="77777777" w:rsidR="00FC3554" w:rsidRDefault="00FC3554"/>
        </w:tc>
      </w:tr>
      <w:tr w:rsidR="00FC3554" w14:paraId="0562CB0E" w14:textId="77777777" w:rsidTr="00FC3554">
        <w:trPr>
          <w:trHeight w:val="264"/>
        </w:trPr>
        <w:tc>
          <w:tcPr>
            <w:tcW w:w="2063" w:type="dxa"/>
          </w:tcPr>
          <w:p w14:paraId="34CE0A41" w14:textId="77777777" w:rsidR="00FC3554" w:rsidRDefault="00FC3554"/>
        </w:tc>
        <w:tc>
          <w:tcPr>
            <w:tcW w:w="2063" w:type="dxa"/>
          </w:tcPr>
          <w:p w14:paraId="62EBF3C5" w14:textId="77777777" w:rsidR="00FC3554" w:rsidRDefault="00FC3554"/>
        </w:tc>
        <w:tc>
          <w:tcPr>
            <w:tcW w:w="2063" w:type="dxa"/>
          </w:tcPr>
          <w:p w14:paraId="6D98A12B" w14:textId="77777777" w:rsidR="00FC3554" w:rsidRDefault="00FC3554"/>
        </w:tc>
        <w:tc>
          <w:tcPr>
            <w:tcW w:w="2063" w:type="dxa"/>
          </w:tcPr>
          <w:p w14:paraId="5997CC1D" w14:textId="77777777" w:rsidR="00FC3554" w:rsidRDefault="00FC3554"/>
        </w:tc>
        <w:tc>
          <w:tcPr>
            <w:tcW w:w="1415" w:type="dxa"/>
          </w:tcPr>
          <w:p w14:paraId="110FFD37" w14:textId="77777777" w:rsidR="00FC3554" w:rsidRDefault="00FC3554"/>
        </w:tc>
        <w:tc>
          <w:tcPr>
            <w:tcW w:w="1451" w:type="dxa"/>
          </w:tcPr>
          <w:p w14:paraId="6B699379" w14:textId="77777777" w:rsidR="00FC3554" w:rsidRDefault="00FC3554"/>
        </w:tc>
        <w:tc>
          <w:tcPr>
            <w:tcW w:w="3323" w:type="dxa"/>
          </w:tcPr>
          <w:p w14:paraId="3FE9F23F" w14:textId="77777777" w:rsidR="00FC3554" w:rsidRDefault="00FC3554"/>
        </w:tc>
      </w:tr>
      <w:tr w:rsidR="00FC3554" w14:paraId="1F72F646" w14:textId="77777777" w:rsidTr="00FC3554">
        <w:trPr>
          <w:trHeight w:val="252"/>
        </w:trPr>
        <w:tc>
          <w:tcPr>
            <w:tcW w:w="2063" w:type="dxa"/>
          </w:tcPr>
          <w:p w14:paraId="08CE6F91" w14:textId="77777777" w:rsidR="00FC3554" w:rsidRDefault="00FC3554"/>
        </w:tc>
        <w:tc>
          <w:tcPr>
            <w:tcW w:w="2063" w:type="dxa"/>
          </w:tcPr>
          <w:p w14:paraId="61CDCEAD" w14:textId="77777777" w:rsidR="00FC3554" w:rsidRDefault="00FC3554"/>
        </w:tc>
        <w:tc>
          <w:tcPr>
            <w:tcW w:w="2063" w:type="dxa"/>
          </w:tcPr>
          <w:p w14:paraId="6BB9E253" w14:textId="77777777" w:rsidR="00FC3554" w:rsidRDefault="00FC3554"/>
        </w:tc>
        <w:tc>
          <w:tcPr>
            <w:tcW w:w="2063" w:type="dxa"/>
          </w:tcPr>
          <w:p w14:paraId="52E56223" w14:textId="77777777" w:rsidR="00FC3554" w:rsidRDefault="00FC3554"/>
        </w:tc>
        <w:tc>
          <w:tcPr>
            <w:tcW w:w="1415" w:type="dxa"/>
          </w:tcPr>
          <w:p w14:paraId="07547A01" w14:textId="77777777" w:rsidR="00FC3554" w:rsidRDefault="00FC3554"/>
        </w:tc>
        <w:tc>
          <w:tcPr>
            <w:tcW w:w="1451" w:type="dxa"/>
          </w:tcPr>
          <w:p w14:paraId="5043CB0F" w14:textId="77777777" w:rsidR="00FC3554" w:rsidRDefault="00FC3554"/>
        </w:tc>
        <w:tc>
          <w:tcPr>
            <w:tcW w:w="3323" w:type="dxa"/>
          </w:tcPr>
          <w:p w14:paraId="07459315" w14:textId="77777777" w:rsidR="00FC3554" w:rsidRDefault="00FC3554"/>
        </w:tc>
      </w:tr>
      <w:tr w:rsidR="00FC3554" w14:paraId="6537F28F" w14:textId="77777777" w:rsidTr="00FC3554">
        <w:trPr>
          <w:trHeight w:val="264"/>
        </w:trPr>
        <w:tc>
          <w:tcPr>
            <w:tcW w:w="2063" w:type="dxa"/>
          </w:tcPr>
          <w:p w14:paraId="6DFB9E20" w14:textId="77777777" w:rsidR="00FC3554" w:rsidRDefault="00FC3554"/>
        </w:tc>
        <w:tc>
          <w:tcPr>
            <w:tcW w:w="2063" w:type="dxa"/>
          </w:tcPr>
          <w:p w14:paraId="70DF9E56" w14:textId="77777777" w:rsidR="00FC3554" w:rsidRDefault="00FC3554"/>
        </w:tc>
        <w:tc>
          <w:tcPr>
            <w:tcW w:w="2063" w:type="dxa"/>
          </w:tcPr>
          <w:p w14:paraId="44E871BC" w14:textId="77777777" w:rsidR="00FC3554" w:rsidRDefault="00FC3554"/>
        </w:tc>
        <w:tc>
          <w:tcPr>
            <w:tcW w:w="2063" w:type="dxa"/>
          </w:tcPr>
          <w:p w14:paraId="738610EB" w14:textId="77777777" w:rsidR="00FC3554" w:rsidRDefault="00FC3554"/>
        </w:tc>
        <w:tc>
          <w:tcPr>
            <w:tcW w:w="1415" w:type="dxa"/>
          </w:tcPr>
          <w:p w14:paraId="637805D2" w14:textId="77777777" w:rsidR="00FC3554" w:rsidRDefault="00FC3554"/>
        </w:tc>
        <w:tc>
          <w:tcPr>
            <w:tcW w:w="1451" w:type="dxa"/>
          </w:tcPr>
          <w:p w14:paraId="463F29E8" w14:textId="77777777" w:rsidR="00FC3554" w:rsidRDefault="00FC3554"/>
        </w:tc>
        <w:tc>
          <w:tcPr>
            <w:tcW w:w="3323" w:type="dxa"/>
          </w:tcPr>
          <w:p w14:paraId="3B7B4B86" w14:textId="77777777" w:rsidR="00FC3554" w:rsidRDefault="00FC3554"/>
        </w:tc>
      </w:tr>
      <w:tr w:rsidR="00FC3554" w14:paraId="3A0FF5F2" w14:textId="77777777" w:rsidTr="00FC3554">
        <w:trPr>
          <w:trHeight w:val="264"/>
        </w:trPr>
        <w:tc>
          <w:tcPr>
            <w:tcW w:w="2063" w:type="dxa"/>
          </w:tcPr>
          <w:p w14:paraId="5630AD66" w14:textId="77777777" w:rsidR="00FC3554" w:rsidRDefault="00FC3554"/>
        </w:tc>
        <w:tc>
          <w:tcPr>
            <w:tcW w:w="2063" w:type="dxa"/>
          </w:tcPr>
          <w:p w14:paraId="61829076" w14:textId="77777777" w:rsidR="00FC3554" w:rsidRDefault="00FC3554"/>
        </w:tc>
        <w:tc>
          <w:tcPr>
            <w:tcW w:w="2063" w:type="dxa"/>
          </w:tcPr>
          <w:p w14:paraId="2BA226A1" w14:textId="77777777" w:rsidR="00FC3554" w:rsidRDefault="00FC3554"/>
        </w:tc>
        <w:tc>
          <w:tcPr>
            <w:tcW w:w="2063" w:type="dxa"/>
          </w:tcPr>
          <w:p w14:paraId="0DE4B5B7" w14:textId="77777777" w:rsidR="00FC3554" w:rsidRDefault="00FC3554"/>
        </w:tc>
        <w:tc>
          <w:tcPr>
            <w:tcW w:w="1415" w:type="dxa"/>
          </w:tcPr>
          <w:p w14:paraId="66204FF1" w14:textId="77777777" w:rsidR="00FC3554" w:rsidRDefault="00FC3554"/>
        </w:tc>
        <w:tc>
          <w:tcPr>
            <w:tcW w:w="1451" w:type="dxa"/>
          </w:tcPr>
          <w:p w14:paraId="2DBF0D7D" w14:textId="77777777" w:rsidR="00FC3554" w:rsidRDefault="00FC3554"/>
        </w:tc>
        <w:tc>
          <w:tcPr>
            <w:tcW w:w="3323" w:type="dxa"/>
          </w:tcPr>
          <w:p w14:paraId="6B62F1B3" w14:textId="77777777" w:rsidR="00FC3554" w:rsidRDefault="00FC3554"/>
        </w:tc>
      </w:tr>
      <w:tr w:rsidR="00FC3554" w14:paraId="02F2C34E" w14:textId="77777777" w:rsidTr="00FC3554">
        <w:trPr>
          <w:trHeight w:val="252"/>
        </w:trPr>
        <w:tc>
          <w:tcPr>
            <w:tcW w:w="2063" w:type="dxa"/>
          </w:tcPr>
          <w:p w14:paraId="680A4E5D" w14:textId="77777777" w:rsidR="00FC3554" w:rsidRDefault="00FC3554"/>
        </w:tc>
        <w:tc>
          <w:tcPr>
            <w:tcW w:w="2063" w:type="dxa"/>
          </w:tcPr>
          <w:p w14:paraId="19219836" w14:textId="77777777" w:rsidR="00FC3554" w:rsidRDefault="00FC3554"/>
        </w:tc>
        <w:tc>
          <w:tcPr>
            <w:tcW w:w="2063" w:type="dxa"/>
          </w:tcPr>
          <w:p w14:paraId="296FEF7D" w14:textId="77777777" w:rsidR="00FC3554" w:rsidRDefault="00FC3554"/>
        </w:tc>
        <w:tc>
          <w:tcPr>
            <w:tcW w:w="2063" w:type="dxa"/>
          </w:tcPr>
          <w:p w14:paraId="769D0D3C" w14:textId="77777777" w:rsidR="00FC3554" w:rsidRDefault="00FC3554"/>
        </w:tc>
        <w:tc>
          <w:tcPr>
            <w:tcW w:w="1415" w:type="dxa"/>
          </w:tcPr>
          <w:p w14:paraId="54CD245A" w14:textId="77777777" w:rsidR="00FC3554" w:rsidRDefault="00FC3554"/>
        </w:tc>
        <w:tc>
          <w:tcPr>
            <w:tcW w:w="1451" w:type="dxa"/>
          </w:tcPr>
          <w:p w14:paraId="1231BE67" w14:textId="77777777" w:rsidR="00FC3554" w:rsidRDefault="00FC3554"/>
        </w:tc>
        <w:tc>
          <w:tcPr>
            <w:tcW w:w="3323" w:type="dxa"/>
          </w:tcPr>
          <w:p w14:paraId="36FEB5B0" w14:textId="77777777" w:rsidR="00FC3554" w:rsidRDefault="00FC3554"/>
        </w:tc>
      </w:tr>
      <w:tr w:rsidR="00FC3554" w14:paraId="30D7AA69" w14:textId="77777777" w:rsidTr="00FC3554">
        <w:trPr>
          <w:trHeight w:val="264"/>
        </w:trPr>
        <w:tc>
          <w:tcPr>
            <w:tcW w:w="2063" w:type="dxa"/>
          </w:tcPr>
          <w:p w14:paraId="7196D064" w14:textId="77777777" w:rsidR="00FC3554" w:rsidRDefault="00FC3554"/>
        </w:tc>
        <w:tc>
          <w:tcPr>
            <w:tcW w:w="2063" w:type="dxa"/>
          </w:tcPr>
          <w:p w14:paraId="34FF1C98" w14:textId="77777777" w:rsidR="00FC3554" w:rsidRDefault="00FC3554"/>
        </w:tc>
        <w:tc>
          <w:tcPr>
            <w:tcW w:w="2063" w:type="dxa"/>
          </w:tcPr>
          <w:p w14:paraId="6D072C0D" w14:textId="77777777" w:rsidR="00FC3554" w:rsidRDefault="00FC3554"/>
        </w:tc>
        <w:tc>
          <w:tcPr>
            <w:tcW w:w="2063" w:type="dxa"/>
          </w:tcPr>
          <w:p w14:paraId="6BD18F9B" w14:textId="77777777" w:rsidR="00FC3554" w:rsidRDefault="00FC3554"/>
        </w:tc>
        <w:tc>
          <w:tcPr>
            <w:tcW w:w="1415" w:type="dxa"/>
          </w:tcPr>
          <w:p w14:paraId="238601FE" w14:textId="77777777" w:rsidR="00FC3554" w:rsidRDefault="00FC3554"/>
        </w:tc>
        <w:tc>
          <w:tcPr>
            <w:tcW w:w="1451" w:type="dxa"/>
          </w:tcPr>
          <w:p w14:paraId="0F3CABC7" w14:textId="77777777" w:rsidR="00FC3554" w:rsidRDefault="00FC3554"/>
        </w:tc>
        <w:tc>
          <w:tcPr>
            <w:tcW w:w="3323" w:type="dxa"/>
          </w:tcPr>
          <w:p w14:paraId="5B08B5D1" w14:textId="77777777" w:rsidR="00FC3554" w:rsidRDefault="00FC3554"/>
        </w:tc>
      </w:tr>
      <w:tr w:rsidR="00FC3554" w14:paraId="16DEB4AB" w14:textId="77777777" w:rsidTr="00FC3554">
        <w:trPr>
          <w:trHeight w:val="264"/>
        </w:trPr>
        <w:tc>
          <w:tcPr>
            <w:tcW w:w="2063" w:type="dxa"/>
          </w:tcPr>
          <w:p w14:paraId="0AD9C6F4" w14:textId="77777777" w:rsidR="00FC3554" w:rsidRDefault="00FC3554"/>
        </w:tc>
        <w:tc>
          <w:tcPr>
            <w:tcW w:w="2063" w:type="dxa"/>
          </w:tcPr>
          <w:p w14:paraId="4B1F511A" w14:textId="77777777" w:rsidR="00FC3554" w:rsidRDefault="00FC3554"/>
        </w:tc>
        <w:tc>
          <w:tcPr>
            <w:tcW w:w="2063" w:type="dxa"/>
          </w:tcPr>
          <w:p w14:paraId="65F9C3DC" w14:textId="77777777" w:rsidR="00FC3554" w:rsidRDefault="00FC3554"/>
        </w:tc>
        <w:tc>
          <w:tcPr>
            <w:tcW w:w="2063" w:type="dxa"/>
          </w:tcPr>
          <w:p w14:paraId="1F3B1409" w14:textId="77777777" w:rsidR="00FC3554" w:rsidRDefault="00FC3554"/>
        </w:tc>
        <w:tc>
          <w:tcPr>
            <w:tcW w:w="1415" w:type="dxa"/>
          </w:tcPr>
          <w:p w14:paraId="562C75D1" w14:textId="77777777" w:rsidR="00FC3554" w:rsidRDefault="00FC3554"/>
        </w:tc>
        <w:tc>
          <w:tcPr>
            <w:tcW w:w="1451" w:type="dxa"/>
          </w:tcPr>
          <w:p w14:paraId="664355AD" w14:textId="77777777" w:rsidR="00FC3554" w:rsidRDefault="00FC3554"/>
        </w:tc>
        <w:tc>
          <w:tcPr>
            <w:tcW w:w="3323" w:type="dxa"/>
          </w:tcPr>
          <w:p w14:paraId="1A965116" w14:textId="77777777" w:rsidR="00FC3554" w:rsidRDefault="00FC3554"/>
        </w:tc>
      </w:tr>
      <w:tr w:rsidR="00FC3554" w14:paraId="7DF4E37C" w14:textId="77777777" w:rsidTr="00FC3554">
        <w:trPr>
          <w:trHeight w:val="252"/>
        </w:trPr>
        <w:tc>
          <w:tcPr>
            <w:tcW w:w="2063" w:type="dxa"/>
          </w:tcPr>
          <w:p w14:paraId="44FB30F8" w14:textId="77777777" w:rsidR="00FC3554" w:rsidRDefault="00FC3554"/>
        </w:tc>
        <w:tc>
          <w:tcPr>
            <w:tcW w:w="2063" w:type="dxa"/>
          </w:tcPr>
          <w:p w14:paraId="1DA6542E" w14:textId="77777777" w:rsidR="00FC3554" w:rsidRDefault="00FC3554"/>
        </w:tc>
        <w:tc>
          <w:tcPr>
            <w:tcW w:w="2063" w:type="dxa"/>
          </w:tcPr>
          <w:p w14:paraId="3041E394" w14:textId="77777777" w:rsidR="00FC3554" w:rsidRDefault="00FC3554"/>
        </w:tc>
        <w:tc>
          <w:tcPr>
            <w:tcW w:w="2063" w:type="dxa"/>
          </w:tcPr>
          <w:p w14:paraId="42C6D796" w14:textId="77777777" w:rsidR="00FC3554" w:rsidRDefault="00FC3554"/>
        </w:tc>
        <w:tc>
          <w:tcPr>
            <w:tcW w:w="1415" w:type="dxa"/>
          </w:tcPr>
          <w:p w14:paraId="6E1831B3" w14:textId="77777777" w:rsidR="00FC3554" w:rsidRDefault="00FC3554"/>
        </w:tc>
        <w:tc>
          <w:tcPr>
            <w:tcW w:w="1451" w:type="dxa"/>
          </w:tcPr>
          <w:p w14:paraId="54E11D2A" w14:textId="77777777" w:rsidR="00FC3554" w:rsidRDefault="00FC3554"/>
        </w:tc>
        <w:tc>
          <w:tcPr>
            <w:tcW w:w="3323" w:type="dxa"/>
          </w:tcPr>
          <w:p w14:paraId="31126E5D" w14:textId="77777777" w:rsidR="00FC3554" w:rsidRDefault="00FC3554"/>
        </w:tc>
      </w:tr>
    </w:tbl>
    <w:p w14:paraId="2DE403A5" w14:textId="77777777" w:rsidR="0035153C" w:rsidRDefault="0035153C"/>
    <w:p w14:paraId="1FD26A31" w14:textId="77777777" w:rsidR="00F85705" w:rsidRDefault="00F85705">
      <w:pPr>
        <w:rPr>
          <w:b/>
        </w:rPr>
      </w:pPr>
      <w:r>
        <w:rPr>
          <w:b/>
        </w:rPr>
        <w:br w:type="page"/>
      </w:r>
    </w:p>
    <w:p w14:paraId="721FA525" w14:textId="2D9A9EFF" w:rsidR="0035153C" w:rsidRDefault="00096CD8">
      <w:r>
        <w:rPr>
          <w:b/>
        </w:rPr>
        <w:lastRenderedPageBreak/>
        <w:t>Daily Administration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6"/>
        <w:gridCol w:w="2398"/>
        <w:gridCol w:w="2400"/>
        <w:gridCol w:w="2398"/>
        <w:gridCol w:w="2398"/>
        <w:gridCol w:w="2400"/>
      </w:tblGrid>
      <w:tr w:rsidR="0035153C" w14:paraId="59366FF2" w14:textId="77777777" w:rsidTr="00445EC0">
        <w:trPr>
          <w:trHeight w:val="279"/>
        </w:trPr>
        <w:tc>
          <w:tcPr>
            <w:tcW w:w="2404" w:type="dxa"/>
          </w:tcPr>
          <w:p w14:paraId="491072FA" w14:textId="77777777" w:rsidR="0035153C" w:rsidRDefault="00096CD8">
            <w:r>
              <w:t>Date</w:t>
            </w:r>
          </w:p>
        </w:tc>
        <w:tc>
          <w:tcPr>
            <w:tcW w:w="2404" w:type="dxa"/>
          </w:tcPr>
          <w:p w14:paraId="4A146726" w14:textId="77777777" w:rsidR="0035153C" w:rsidRDefault="00096CD8">
            <w:r>
              <w:t>Time</w:t>
            </w:r>
          </w:p>
        </w:tc>
        <w:tc>
          <w:tcPr>
            <w:tcW w:w="2404" w:type="dxa"/>
          </w:tcPr>
          <w:p w14:paraId="718205DF" w14:textId="77777777" w:rsidR="0035153C" w:rsidRDefault="00096CD8">
            <w:r>
              <w:t>Medication</w:t>
            </w:r>
          </w:p>
        </w:tc>
        <w:tc>
          <w:tcPr>
            <w:tcW w:w="2404" w:type="dxa"/>
          </w:tcPr>
          <w:p w14:paraId="068B17FC" w14:textId="77777777" w:rsidR="0035153C" w:rsidRDefault="00096CD8">
            <w:r>
              <w:t>Dose Given</w:t>
            </w:r>
          </w:p>
        </w:tc>
        <w:tc>
          <w:tcPr>
            <w:tcW w:w="2404" w:type="dxa"/>
          </w:tcPr>
          <w:p w14:paraId="4CCCB0EC" w14:textId="77777777" w:rsidR="0035153C" w:rsidRDefault="00096CD8">
            <w:r>
              <w:t>Given By</w:t>
            </w:r>
          </w:p>
        </w:tc>
        <w:tc>
          <w:tcPr>
            <w:tcW w:w="2404" w:type="dxa"/>
          </w:tcPr>
          <w:p w14:paraId="3CB4E697" w14:textId="77777777" w:rsidR="0035153C" w:rsidRDefault="00096CD8">
            <w:r>
              <w:t>Comments</w:t>
            </w:r>
          </w:p>
        </w:tc>
      </w:tr>
      <w:tr w:rsidR="0035153C" w14:paraId="62431CDC" w14:textId="77777777" w:rsidTr="00445EC0">
        <w:trPr>
          <w:trHeight w:val="266"/>
        </w:trPr>
        <w:tc>
          <w:tcPr>
            <w:tcW w:w="2404" w:type="dxa"/>
          </w:tcPr>
          <w:p w14:paraId="49E398E2" w14:textId="77777777" w:rsidR="0035153C" w:rsidRDefault="0035153C"/>
        </w:tc>
        <w:tc>
          <w:tcPr>
            <w:tcW w:w="2404" w:type="dxa"/>
          </w:tcPr>
          <w:p w14:paraId="16287F21" w14:textId="77777777" w:rsidR="0035153C" w:rsidRDefault="0035153C"/>
        </w:tc>
        <w:tc>
          <w:tcPr>
            <w:tcW w:w="2404" w:type="dxa"/>
          </w:tcPr>
          <w:p w14:paraId="5BE93A62" w14:textId="77777777" w:rsidR="0035153C" w:rsidRDefault="0035153C"/>
        </w:tc>
        <w:tc>
          <w:tcPr>
            <w:tcW w:w="2404" w:type="dxa"/>
          </w:tcPr>
          <w:p w14:paraId="384BA73E" w14:textId="77777777" w:rsidR="0035153C" w:rsidRDefault="0035153C"/>
        </w:tc>
        <w:tc>
          <w:tcPr>
            <w:tcW w:w="2404" w:type="dxa"/>
          </w:tcPr>
          <w:p w14:paraId="34B3F2EB" w14:textId="77777777" w:rsidR="0035153C" w:rsidRDefault="0035153C"/>
        </w:tc>
        <w:tc>
          <w:tcPr>
            <w:tcW w:w="2404" w:type="dxa"/>
          </w:tcPr>
          <w:p w14:paraId="7D34F5C7" w14:textId="77777777" w:rsidR="0035153C" w:rsidRDefault="0035153C"/>
        </w:tc>
      </w:tr>
      <w:tr w:rsidR="0035153C" w14:paraId="0B4020A7" w14:textId="77777777" w:rsidTr="00445EC0">
        <w:trPr>
          <w:trHeight w:val="279"/>
        </w:trPr>
        <w:tc>
          <w:tcPr>
            <w:tcW w:w="2404" w:type="dxa"/>
          </w:tcPr>
          <w:p w14:paraId="1D7B270A" w14:textId="77777777" w:rsidR="0035153C" w:rsidRDefault="0035153C"/>
        </w:tc>
        <w:tc>
          <w:tcPr>
            <w:tcW w:w="2404" w:type="dxa"/>
          </w:tcPr>
          <w:p w14:paraId="4F904CB7" w14:textId="77777777" w:rsidR="0035153C" w:rsidRDefault="0035153C"/>
        </w:tc>
        <w:tc>
          <w:tcPr>
            <w:tcW w:w="2404" w:type="dxa"/>
          </w:tcPr>
          <w:p w14:paraId="06971CD3" w14:textId="77777777" w:rsidR="0035153C" w:rsidRDefault="0035153C"/>
        </w:tc>
        <w:tc>
          <w:tcPr>
            <w:tcW w:w="2404" w:type="dxa"/>
          </w:tcPr>
          <w:p w14:paraId="2A1F701D" w14:textId="77777777" w:rsidR="0035153C" w:rsidRDefault="0035153C"/>
        </w:tc>
        <w:tc>
          <w:tcPr>
            <w:tcW w:w="2404" w:type="dxa"/>
          </w:tcPr>
          <w:p w14:paraId="03EFCA41" w14:textId="77777777" w:rsidR="0035153C" w:rsidRDefault="0035153C"/>
        </w:tc>
        <w:tc>
          <w:tcPr>
            <w:tcW w:w="2404" w:type="dxa"/>
          </w:tcPr>
          <w:p w14:paraId="5F96A722" w14:textId="77777777" w:rsidR="0035153C" w:rsidRDefault="0035153C"/>
        </w:tc>
      </w:tr>
      <w:tr w:rsidR="0035153C" w14:paraId="5B95CD12" w14:textId="77777777" w:rsidTr="00445EC0">
        <w:trPr>
          <w:trHeight w:val="279"/>
        </w:trPr>
        <w:tc>
          <w:tcPr>
            <w:tcW w:w="2404" w:type="dxa"/>
          </w:tcPr>
          <w:p w14:paraId="5220BBB2" w14:textId="77777777" w:rsidR="0035153C" w:rsidRDefault="0035153C"/>
        </w:tc>
        <w:tc>
          <w:tcPr>
            <w:tcW w:w="2404" w:type="dxa"/>
          </w:tcPr>
          <w:p w14:paraId="13CB595B" w14:textId="77777777" w:rsidR="0035153C" w:rsidRDefault="0035153C"/>
        </w:tc>
        <w:tc>
          <w:tcPr>
            <w:tcW w:w="2404" w:type="dxa"/>
          </w:tcPr>
          <w:p w14:paraId="6D9C8D39" w14:textId="77777777" w:rsidR="0035153C" w:rsidRDefault="0035153C"/>
        </w:tc>
        <w:tc>
          <w:tcPr>
            <w:tcW w:w="2404" w:type="dxa"/>
          </w:tcPr>
          <w:p w14:paraId="675E05EE" w14:textId="77777777" w:rsidR="0035153C" w:rsidRDefault="0035153C"/>
        </w:tc>
        <w:tc>
          <w:tcPr>
            <w:tcW w:w="2404" w:type="dxa"/>
          </w:tcPr>
          <w:p w14:paraId="2FC17F8B" w14:textId="77777777" w:rsidR="0035153C" w:rsidRDefault="0035153C"/>
        </w:tc>
        <w:tc>
          <w:tcPr>
            <w:tcW w:w="2404" w:type="dxa"/>
          </w:tcPr>
          <w:p w14:paraId="0A4F7224" w14:textId="77777777" w:rsidR="0035153C" w:rsidRDefault="0035153C"/>
        </w:tc>
      </w:tr>
      <w:tr w:rsidR="0035153C" w14:paraId="5AE48A43" w14:textId="77777777" w:rsidTr="00445EC0">
        <w:trPr>
          <w:trHeight w:val="266"/>
        </w:trPr>
        <w:tc>
          <w:tcPr>
            <w:tcW w:w="2404" w:type="dxa"/>
          </w:tcPr>
          <w:p w14:paraId="50F40DEB" w14:textId="77777777" w:rsidR="0035153C" w:rsidRDefault="0035153C"/>
        </w:tc>
        <w:tc>
          <w:tcPr>
            <w:tcW w:w="2404" w:type="dxa"/>
          </w:tcPr>
          <w:p w14:paraId="77A52294" w14:textId="77777777" w:rsidR="0035153C" w:rsidRDefault="0035153C"/>
        </w:tc>
        <w:tc>
          <w:tcPr>
            <w:tcW w:w="2404" w:type="dxa"/>
          </w:tcPr>
          <w:p w14:paraId="007DCDA8" w14:textId="77777777" w:rsidR="0035153C" w:rsidRDefault="0035153C"/>
        </w:tc>
        <w:tc>
          <w:tcPr>
            <w:tcW w:w="2404" w:type="dxa"/>
          </w:tcPr>
          <w:p w14:paraId="450EA2D7" w14:textId="77777777" w:rsidR="0035153C" w:rsidRDefault="0035153C"/>
        </w:tc>
        <w:tc>
          <w:tcPr>
            <w:tcW w:w="2404" w:type="dxa"/>
          </w:tcPr>
          <w:p w14:paraId="3DD355C9" w14:textId="77777777" w:rsidR="0035153C" w:rsidRDefault="0035153C"/>
        </w:tc>
        <w:tc>
          <w:tcPr>
            <w:tcW w:w="2404" w:type="dxa"/>
          </w:tcPr>
          <w:p w14:paraId="1A81F0B1" w14:textId="77777777" w:rsidR="0035153C" w:rsidRDefault="0035153C"/>
        </w:tc>
      </w:tr>
      <w:tr w:rsidR="0035153C" w14:paraId="717AAFBA" w14:textId="77777777" w:rsidTr="00445EC0">
        <w:trPr>
          <w:trHeight w:val="279"/>
        </w:trPr>
        <w:tc>
          <w:tcPr>
            <w:tcW w:w="2404" w:type="dxa"/>
          </w:tcPr>
          <w:p w14:paraId="56EE48EE" w14:textId="77777777" w:rsidR="0035153C" w:rsidRDefault="0035153C"/>
        </w:tc>
        <w:tc>
          <w:tcPr>
            <w:tcW w:w="2404" w:type="dxa"/>
          </w:tcPr>
          <w:p w14:paraId="2908EB2C" w14:textId="77777777" w:rsidR="0035153C" w:rsidRDefault="0035153C"/>
        </w:tc>
        <w:tc>
          <w:tcPr>
            <w:tcW w:w="2404" w:type="dxa"/>
          </w:tcPr>
          <w:p w14:paraId="121FD38A" w14:textId="77777777" w:rsidR="0035153C" w:rsidRDefault="0035153C"/>
        </w:tc>
        <w:tc>
          <w:tcPr>
            <w:tcW w:w="2404" w:type="dxa"/>
          </w:tcPr>
          <w:p w14:paraId="1FE2DD96" w14:textId="77777777" w:rsidR="0035153C" w:rsidRDefault="0035153C"/>
        </w:tc>
        <w:tc>
          <w:tcPr>
            <w:tcW w:w="2404" w:type="dxa"/>
          </w:tcPr>
          <w:p w14:paraId="27357532" w14:textId="77777777" w:rsidR="0035153C" w:rsidRDefault="0035153C"/>
        </w:tc>
        <w:tc>
          <w:tcPr>
            <w:tcW w:w="2404" w:type="dxa"/>
          </w:tcPr>
          <w:p w14:paraId="07F023C8" w14:textId="77777777" w:rsidR="0035153C" w:rsidRDefault="0035153C"/>
        </w:tc>
      </w:tr>
      <w:tr w:rsidR="0035153C" w14:paraId="4BDB5498" w14:textId="77777777" w:rsidTr="00445EC0">
        <w:trPr>
          <w:trHeight w:val="266"/>
        </w:trPr>
        <w:tc>
          <w:tcPr>
            <w:tcW w:w="2404" w:type="dxa"/>
          </w:tcPr>
          <w:p w14:paraId="2916C19D" w14:textId="77777777" w:rsidR="0035153C" w:rsidRDefault="0035153C"/>
        </w:tc>
        <w:tc>
          <w:tcPr>
            <w:tcW w:w="2404" w:type="dxa"/>
          </w:tcPr>
          <w:p w14:paraId="74869460" w14:textId="77777777" w:rsidR="0035153C" w:rsidRDefault="0035153C"/>
        </w:tc>
        <w:tc>
          <w:tcPr>
            <w:tcW w:w="2404" w:type="dxa"/>
          </w:tcPr>
          <w:p w14:paraId="187F57B8" w14:textId="77777777" w:rsidR="0035153C" w:rsidRDefault="0035153C"/>
        </w:tc>
        <w:tc>
          <w:tcPr>
            <w:tcW w:w="2404" w:type="dxa"/>
          </w:tcPr>
          <w:p w14:paraId="54738AF4" w14:textId="77777777" w:rsidR="0035153C" w:rsidRDefault="0035153C"/>
        </w:tc>
        <w:tc>
          <w:tcPr>
            <w:tcW w:w="2404" w:type="dxa"/>
          </w:tcPr>
          <w:p w14:paraId="46ABBD8F" w14:textId="77777777" w:rsidR="0035153C" w:rsidRDefault="0035153C"/>
        </w:tc>
        <w:tc>
          <w:tcPr>
            <w:tcW w:w="2404" w:type="dxa"/>
          </w:tcPr>
          <w:p w14:paraId="06BBA33E" w14:textId="77777777" w:rsidR="0035153C" w:rsidRDefault="0035153C"/>
        </w:tc>
      </w:tr>
      <w:tr w:rsidR="0035153C" w14:paraId="464FCBC1" w14:textId="77777777" w:rsidTr="00445EC0">
        <w:trPr>
          <w:trHeight w:val="279"/>
        </w:trPr>
        <w:tc>
          <w:tcPr>
            <w:tcW w:w="2404" w:type="dxa"/>
          </w:tcPr>
          <w:p w14:paraId="5C8C6B09" w14:textId="77777777" w:rsidR="0035153C" w:rsidRDefault="0035153C"/>
        </w:tc>
        <w:tc>
          <w:tcPr>
            <w:tcW w:w="2404" w:type="dxa"/>
          </w:tcPr>
          <w:p w14:paraId="3382A365" w14:textId="77777777" w:rsidR="0035153C" w:rsidRDefault="0035153C"/>
        </w:tc>
        <w:tc>
          <w:tcPr>
            <w:tcW w:w="2404" w:type="dxa"/>
          </w:tcPr>
          <w:p w14:paraId="5C71F136" w14:textId="77777777" w:rsidR="0035153C" w:rsidRDefault="0035153C"/>
        </w:tc>
        <w:tc>
          <w:tcPr>
            <w:tcW w:w="2404" w:type="dxa"/>
          </w:tcPr>
          <w:p w14:paraId="62199465" w14:textId="77777777" w:rsidR="0035153C" w:rsidRDefault="0035153C"/>
        </w:tc>
        <w:tc>
          <w:tcPr>
            <w:tcW w:w="2404" w:type="dxa"/>
          </w:tcPr>
          <w:p w14:paraId="0DA123B1" w14:textId="77777777" w:rsidR="0035153C" w:rsidRDefault="0035153C"/>
        </w:tc>
        <w:tc>
          <w:tcPr>
            <w:tcW w:w="2404" w:type="dxa"/>
          </w:tcPr>
          <w:p w14:paraId="4C4CEA3D" w14:textId="77777777" w:rsidR="0035153C" w:rsidRDefault="0035153C"/>
        </w:tc>
      </w:tr>
      <w:tr w:rsidR="0035153C" w14:paraId="50895670" w14:textId="77777777" w:rsidTr="00445EC0">
        <w:trPr>
          <w:trHeight w:val="279"/>
        </w:trPr>
        <w:tc>
          <w:tcPr>
            <w:tcW w:w="2404" w:type="dxa"/>
          </w:tcPr>
          <w:p w14:paraId="38C1F859" w14:textId="77777777" w:rsidR="0035153C" w:rsidRDefault="0035153C"/>
        </w:tc>
        <w:tc>
          <w:tcPr>
            <w:tcW w:w="2404" w:type="dxa"/>
          </w:tcPr>
          <w:p w14:paraId="0C8FE7CE" w14:textId="77777777" w:rsidR="0035153C" w:rsidRDefault="0035153C"/>
        </w:tc>
        <w:tc>
          <w:tcPr>
            <w:tcW w:w="2404" w:type="dxa"/>
          </w:tcPr>
          <w:p w14:paraId="41004F19" w14:textId="77777777" w:rsidR="0035153C" w:rsidRDefault="0035153C"/>
        </w:tc>
        <w:tc>
          <w:tcPr>
            <w:tcW w:w="2404" w:type="dxa"/>
          </w:tcPr>
          <w:p w14:paraId="67C0C651" w14:textId="77777777" w:rsidR="0035153C" w:rsidRDefault="0035153C"/>
        </w:tc>
        <w:tc>
          <w:tcPr>
            <w:tcW w:w="2404" w:type="dxa"/>
          </w:tcPr>
          <w:p w14:paraId="308D56CC" w14:textId="77777777" w:rsidR="0035153C" w:rsidRDefault="0035153C"/>
        </w:tc>
        <w:tc>
          <w:tcPr>
            <w:tcW w:w="2404" w:type="dxa"/>
          </w:tcPr>
          <w:p w14:paraId="797E50C6" w14:textId="77777777" w:rsidR="0035153C" w:rsidRDefault="0035153C"/>
        </w:tc>
      </w:tr>
      <w:tr w:rsidR="0035153C" w14:paraId="7B04FA47" w14:textId="77777777" w:rsidTr="00445EC0">
        <w:trPr>
          <w:trHeight w:val="266"/>
        </w:trPr>
        <w:tc>
          <w:tcPr>
            <w:tcW w:w="2404" w:type="dxa"/>
          </w:tcPr>
          <w:p w14:paraId="568C698B" w14:textId="77777777" w:rsidR="0035153C" w:rsidRDefault="0035153C"/>
        </w:tc>
        <w:tc>
          <w:tcPr>
            <w:tcW w:w="2404" w:type="dxa"/>
          </w:tcPr>
          <w:p w14:paraId="1A939487" w14:textId="77777777" w:rsidR="0035153C" w:rsidRDefault="0035153C"/>
        </w:tc>
        <w:tc>
          <w:tcPr>
            <w:tcW w:w="2404" w:type="dxa"/>
          </w:tcPr>
          <w:p w14:paraId="6AA258D8" w14:textId="77777777" w:rsidR="0035153C" w:rsidRDefault="0035153C"/>
        </w:tc>
        <w:tc>
          <w:tcPr>
            <w:tcW w:w="2404" w:type="dxa"/>
          </w:tcPr>
          <w:p w14:paraId="6FFBD3EC" w14:textId="77777777" w:rsidR="0035153C" w:rsidRDefault="0035153C"/>
        </w:tc>
        <w:tc>
          <w:tcPr>
            <w:tcW w:w="2404" w:type="dxa"/>
          </w:tcPr>
          <w:p w14:paraId="30DCCCAD" w14:textId="77777777" w:rsidR="0035153C" w:rsidRDefault="0035153C"/>
        </w:tc>
        <w:tc>
          <w:tcPr>
            <w:tcW w:w="2404" w:type="dxa"/>
          </w:tcPr>
          <w:p w14:paraId="36AF6883" w14:textId="77777777" w:rsidR="0035153C" w:rsidRDefault="0035153C"/>
        </w:tc>
      </w:tr>
      <w:tr w:rsidR="0035153C" w14:paraId="54C529ED" w14:textId="77777777" w:rsidTr="00445EC0">
        <w:trPr>
          <w:trHeight w:val="279"/>
        </w:trPr>
        <w:tc>
          <w:tcPr>
            <w:tcW w:w="2404" w:type="dxa"/>
          </w:tcPr>
          <w:p w14:paraId="1C0157D6" w14:textId="77777777" w:rsidR="0035153C" w:rsidRDefault="0035153C"/>
        </w:tc>
        <w:tc>
          <w:tcPr>
            <w:tcW w:w="2404" w:type="dxa"/>
          </w:tcPr>
          <w:p w14:paraId="3691E7B2" w14:textId="77777777" w:rsidR="0035153C" w:rsidRDefault="0035153C"/>
        </w:tc>
        <w:tc>
          <w:tcPr>
            <w:tcW w:w="2404" w:type="dxa"/>
          </w:tcPr>
          <w:p w14:paraId="526770CE" w14:textId="77777777" w:rsidR="0035153C" w:rsidRDefault="0035153C"/>
        </w:tc>
        <w:tc>
          <w:tcPr>
            <w:tcW w:w="2404" w:type="dxa"/>
          </w:tcPr>
          <w:p w14:paraId="7CBEED82" w14:textId="77777777" w:rsidR="0035153C" w:rsidRDefault="0035153C"/>
        </w:tc>
        <w:tc>
          <w:tcPr>
            <w:tcW w:w="2404" w:type="dxa"/>
          </w:tcPr>
          <w:p w14:paraId="6E36661F" w14:textId="77777777" w:rsidR="0035153C" w:rsidRDefault="0035153C"/>
        </w:tc>
        <w:tc>
          <w:tcPr>
            <w:tcW w:w="2404" w:type="dxa"/>
          </w:tcPr>
          <w:p w14:paraId="38645DC7" w14:textId="77777777" w:rsidR="0035153C" w:rsidRDefault="0035153C"/>
        </w:tc>
      </w:tr>
      <w:tr w:rsidR="0035153C" w14:paraId="135E58C4" w14:textId="77777777" w:rsidTr="00445EC0">
        <w:trPr>
          <w:trHeight w:val="279"/>
        </w:trPr>
        <w:tc>
          <w:tcPr>
            <w:tcW w:w="2404" w:type="dxa"/>
          </w:tcPr>
          <w:p w14:paraId="62EBF9A1" w14:textId="77777777" w:rsidR="0035153C" w:rsidRDefault="0035153C"/>
        </w:tc>
        <w:tc>
          <w:tcPr>
            <w:tcW w:w="2404" w:type="dxa"/>
          </w:tcPr>
          <w:p w14:paraId="0C6C2CD5" w14:textId="77777777" w:rsidR="0035153C" w:rsidRDefault="0035153C"/>
        </w:tc>
        <w:tc>
          <w:tcPr>
            <w:tcW w:w="2404" w:type="dxa"/>
          </w:tcPr>
          <w:p w14:paraId="709E88E4" w14:textId="77777777" w:rsidR="0035153C" w:rsidRDefault="0035153C"/>
        </w:tc>
        <w:tc>
          <w:tcPr>
            <w:tcW w:w="2404" w:type="dxa"/>
          </w:tcPr>
          <w:p w14:paraId="508C98E9" w14:textId="77777777" w:rsidR="0035153C" w:rsidRDefault="0035153C"/>
        </w:tc>
        <w:tc>
          <w:tcPr>
            <w:tcW w:w="2404" w:type="dxa"/>
          </w:tcPr>
          <w:p w14:paraId="779F8E76" w14:textId="77777777" w:rsidR="0035153C" w:rsidRDefault="0035153C"/>
        </w:tc>
        <w:tc>
          <w:tcPr>
            <w:tcW w:w="2404" w:type="dxa"/>
          </w:tcPr>
          <w:p w14:paraId="7818863E" w14:textId="77777777" w:rsidR="0035153C" w:rsidRDefault="0035153C"/>
        </w:tc>
      </w:tr>
      <w:tr w:rsidR="0035153C" w14:paraId="44F69B9A" w14:textId="77777777" w:rsidTr="00445EC0">
        <w:trPr>
          <w:trHeight w:val="279"/>
        </w:trPr>
        <w:tc>
          <w:tcPr>
            <w:tcW w:w="2404" w:type="dxa"/>
          </w:tcPr>
          <w:p w14:paraId="5F07D11E" w14:textId="77777777" w:rsidR="0035153C" w:rsidRDefault="0035153C"/>
        </w:tc>
        <w:tc>
          <w:tcPr>
            <w:tcW w:w="2404" w:type="dxa"/>
          </w:tcPr>
          <w:p w14:paraId="41508A3C" w14:textId="77777777" w:rsidR="0035153C" w:rsidRDefault="0035153C"/>
        </w:tc>
        <w:tc>
          <w:tcPr>
            <w:tcW w:w="2404" w:type="dxa"/>
          </w:tcPr>
          <w:p w14:paraId="43D6B1D6" w14:textId="77777777" w:rsidR="0035153C" w:rsidRDefault="0035153C"/>
        </w:tc>
        <w:tc>
          <w:tcPr>
            <w:tcW w:w="2404" w:type="dxa"/>
          </w:tcPr>
          <w:p w14:paraId="17DBC151" w14:textId="77777777" w:rsidR="0035153C" w:rsidRDefault="0035153C"/>
        </w:tc>
        <w:tc>
          <w:tcPr>
            <w:tcW w:w="2404" w:type="dxa"/>
          </w:tcPr>
          <w:p w14:paraId="6F8BD81B" w14:textId="77777777" w:rsidR="0035153C" w:rsidRDefault="0035153C"/>
        </w:tc>
        <w:tc>
          <w:tcPr>
            <w:tcW w:w="2404" w:type="dxa"/>
          </w:tcPr>
          <w:p w14:paraId="2613E9C1" w14:textId="77777777" w:rsidR="0035153C" w:rsidRDefault="0035153C"/>
        </w:tc>
      </w:tr>
      <w:tr w:rsidR="0035153C" w14:paraId="1037B8A3" w14:textId="77777777" w:rsidTr="00445EC0">
        <w:trPr>
          <w:trHeight w:val="266"/>
        </w:trPr>
        <w:tc>
          <w:tcPr>
            <w:tcW w:w="2404" w:type="dxa"/>
          </w:tcPr>
          <w:p w14:paraId="687C6DE0" w14:textId="77777777" w:rsidR="0035153C" w:rsidRDefault="0035153C"/>
        </w:tc>
        <w:tc>
          <w:tcPr>
            <w:tcW w:w="2404" w:type="dxa"/>
          </w:tcPr>
          <w:p w14:paraId="5B2F9378" w14:textId="77777777" w:rsidR="0035153C" w:rsidRDefault="0035153C"/>
        </w:tc>
        <w:tc>
          <w:tcPr>
            <w:tcW w:w="2404" w:type="dxa"/>
          </w:tcPr>
          <w:p w14:paraId="58E6DD4E" w14:textId="77777777" w:rsidR="0035153C" w:rsidRDefault="0035153C"/>
        </w:tc>
        <w:tc>
          <w:tcPr>
            <w:tcW w:w="2404" w:type="dxa"/>
          </w:tcPr>
          <w:p w14:paraId="7D3BEE8F" w14:textId="77777777" w:rsidR="0035153C" w:rsidRDefault="0035153C"/>
        </w:tc>
        <w:tc>
          <w:tcPr>
            <w:tcW w:w="2404" w:type="dxa"/>
          </w:tcPr>
          <w:p w14:paraId="3B88899E" w14:textId="77777777" w:rsidR="0035153C" w:rsidRDefault="0035153C"/>
        </w:tc>
        <w:tc>
          <w:tcPr>
            <w:tcW w:w="2404" w:type="dxa"/>
          </w:tcPr>
          <w:p w14:paraId="69E2BB2B" w14:textId="77777777" w:rsidR="0035153C" w:rsidRDefault="0035153C"/>
        </w:tc>
      </w:tr>
      <w:tr w:rsidR="0035153C" w14:paraId="57C0D796" w14:textId="77777777" w:rsidTr="00445EC0">
        <w:trPr>
          <w:trHeight w:val="279"/>
        </w:trPr>
        <w:tc>
          <w:tcPr>
            <w:tcW w:w="2404" w:type="dxa"/>
          </w:tcPr>
          <w:p w14:paraId="0D142F6F" w14:textId="77777777" w:rsidR="0035153C" w:rsidRDefault="0035153C"/>
        </w:tc>
        <w:tc>
          <w:tcPr>
            <w:tcW w:w="2404" w:type="dxa"/>
          </w:tcPr>
          <w:p w14:paraId="4475AD14" w14:textId="77777777" w:rsidR="0035153C" w:rsidRDefault="0035153C"/>
        </w:tc>
        <w:tc>
          <w:tcPr>
            <w:tcW w:w="2404" w:type="dxa"/>
          </w:tcPr>
          <w:p w14:paraId="120C4E94" w14:textId="77777777" w:rsidR="0035153C" w:rsidRDefault="0035153C"/>
        </w:tc>
        <w:tc>
          <w:tcPr>
            <w:tcW w:w="2404" w:type="dxa"/>
          </w:tcPr>
          <w:p w14:paraId="42AFC42D" w14:textId="77777777" w:rsidR="0035153C" w:rsidRDefault="0035153C"/>
        </w:tc>
        <w:tc>
          <w:tcPr>
            <w:tcW w:w="2404" w:type="dxa"/>
          </w:tcPr>
          <w:p w14:paraId="271CA723" w14:textId="77777777" w:rsidR="0035153C" w:rsidRDefault="0035153C"/>
        </w:tc>
        <w:tc>
          <w:tcPr>
            <w:tcW w:w="2404" w:type="dxa"/>
          </w:tcPr>
          <w:p w14:paraId="75FBE423" w14:textId="77777777" w:rsidR="0035153C" w:rsidRDefault="0035153C"/>
        </w:tc>
      </w:tr>
      <w:tr w:rsidR="0035153C" w14:paraId="2D3F0BEC" w14:textId="77777777" w:rsidTr="00445EC0">
        <w:trPr>
          <w:trHeight w:val="279"/>
        </w:trPr>
        <w:tc>
          <w:tcPr>
            <w:tcW w:w="2404" w:type="dxa"/>
          </w:tcPr>
          <w:p w14:paraId="75CF4315" w14:textId="77777777" w:rsidR="0035153C" w:rsidRDefault="0035153C"/>
        </w:tc>
        <w:tc>
          <w:tcPr>
            <w:tcW w:w="2404" w:type="dxa"/>
          </w:tcPr>
          <w:p w14:paraId="3CB648E9" w14:textId="77777777" w:rsidR="0035153C" w:rsidRDefault="0035153C"/>
        </w:tc>
        <w:tc>
          <w:tcPr>
            <w:tcW w:w="2404" w:type="dxa"/>
          </w:tcPr>
          <w:p w14:paraId="0C178E9E" w14:textId="77777777" w:rsidR="0035153C" w:rsidRDefault="0035153C"/>
        </w:tc>
        <w:tc>
          <w:tcPr>
            <w:tcW w:w="2404" w:type="dxa"/>
          </w:tcPr>
          <w:p w14:paraId="3C0395D3" w14:textId="77777777" w:rsidR="0035153C" w:rsidRDefault="0035153C"/>
        </w:tc>
        <w:tc>
          <w:tcPr>
            <w:tcW w:w="2404" w:type="dxa"/>
          </w:tcPr>
          <w:p w14:paraId="3254BC2F" w14:textId="77777777" w:rsidR="0035153C" w:rsidRDefault="0035153C"/>
        </w:tc>
        <w:tc>
          <w:tcPr>
            <w:tcW w:w="2404" w:type="dxa"/>
          </w:tcPr>
          <w:p w14:paraId="651E9592" w14:textId="77777777" w:rsidR="0035153C" w:rsidRDefault="0035153C"/>
        </w:tc>
      </w:tr>
    </w:tbl>
    <w:p w14:paraId="269E314A" w14:textId="77777777" w:rsidR="0035153C" w:rsidRDefault="00096CD8">
      <w:r>
        <w:br w:type="page"/>
      </w:r>
    </w:p>
    <w:p w14:paraId="2FA96CF1" w14:textId="77777777" w:rsidR="0035153C" w:rsidRDefault="00096CD8">
      <w:r>
        <w:rPr>
          <w:b/>
        </w:rPr>
        <w:lastRenderedPageBreak/>
        <w:t>Medication Refill &amp; 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9"/>
        <w:gridCol w:w="2877"/>
        <w:gridCol w:w="2879"/>
        <w:gridCol w:w="2878"/>
        <w:gridCol w:w="2877"/>
      </w:tblGrid>
      <w:tr w:rsidR="0035153C" w14:paraId="007086B8" w14:textId="77777777" w:rsidTr="00445EC0">
        <w:trPr>
          <w:trHeight w:val="564"/>
        </w:trPr>
        <w:tc>
          <w:tcPr>
            <w:tcW w:w="2886" w:type="dxa"/>
          </w:tcPr>
          <w:p w14:paraId="456AF463" w14:textId="77777777" w:rsidR="0035153C" w:rsidRDefault="00096CD8">
            <w:r>
              <w:t>Medication</w:t>
            </w:r>
          </w:p>
        </w:tc>
        <w:tc>
          <w:tcPr>
            <w:tcW w:w="2886" w:type="dxa"/>
          </w:tcPr>
          <w:p w14:paraId="34CDFB80" w14:textId="77777777" w:rsidR="0035153C" w:rsidRDefault="00096CD8">
            <w:r>
              <w:t>Refill Due</w:t>
            </w:r>
          </w:p>
        </w:tc>
        <w:tc>
          <w:tcPr>
            <w:tcW w:w="2886" w:type="dxa"/>
          </w:tcPr>
          <w:p w14:paraId="146247D4" w14:textId="77777777" w:rsidR="0035153C" w:rsidRDefault="00096CD8">
            <w:r>
              <w:t>Qty Remaining</w:t>
            </w:r>
          </w:p>
        </w:tc>
        <w:tc>
          <w:tcPr>
            <w:tcW w:w="2886" w:type="dxa"/>
          </w:tcPr>
          <w:p w14:paraId="0EC7CB63" w14:textId="77777777" w:rsidR="0035153C" w:rsidRDefault="00096CD8">
            <w:r>
              <w:t>Side Effects Observed</w:t>
            </w:r>
          </w:p>
        </w:tc>
        <w:tc>
          <w:tcPr>
            <w:tcW w:w="2886" w:type="dxa"/>
          </w:tcPr>
          <w:p w14:paraId="19456A65" w14:textId="77777777" w:rsidR="0035153C" w:rsidRDefault="00096CD8">
            <w:r>
              <w:t>Vet Follow-up</w:t>
            </w:r>
          </w:p>
        </w:tc>
      </w:tr>
      <w:tr w:rsidR="0035153C" w14:paraId="47341341" w14:textId="77777777" w:rsidTr="00445EC0">
        <w:trPr>
          <w:trHeight w:val="269"/>
        </w:trPr>
        <w:tc>
          <w:tcPr>
            <w:tcW w:w="2886" w:type="dxa"/>
          </w:tcPr>
          <w:p w14:paraId="42EF2083" w14:textId="77777777" w:rsidR="0035153C" w:rsidRDefault="0035153C"/>
        </w:tc>
        <w:tc>
          <w:tcPr>
            <w:tcW w:w="2886" w:type="dxa"/>
          </w:tcPr>
          <w:p w14:paraId="7B40C951" w14:textId="77777777" w:rsidR="0035153C" w:rsidRDefault="0035153C"/>
        </w:tc>
        <w:tc>
          <w:tcPr>
            <w:tcW w:w="2886" w:type="dxa"/>
          </w:tcPr>
          <w:p w14:paraId="4B4D7232" w14:textId="77777777" w:rsidR="0035153C" w:rsidRDefault="0035153C"/>
        </w:tc>
        <w:tc>
          <w:tcPr>
            <w:tcW w:w="2886" w:type="dxa"/>
          </w:tcPr>
          <w:p w14:paraId="2093CA67" w14:textId="77777777" w:rsidR="0035153C" w:rsidRDefault="0035153C"/>
        </w:tc>
        <w:tc>
          <w:tcPr>
            <w:tcW w:w="2886" w:type="dxa"/>
          </w:tcPr>
          <w:p w14:paraId="2503B197" w14:textId="77777777" w:rsidR="0035153C" w:rsidRDefault="0035153C"/>
        </w:tc>
      </w:tr>
      <w:tr w:rsidR="0035153C" w14:paraId="38288749" w14:textId="77777777" w:rsidTr="00445EC0">
        <w:trPr>
          <w:trHeight w:val="282"/>
        </w:trPr>
        <w:tc>
          <w:tcPr>
            <w:tcW w:w="2886" w:type="dxa"/>
          </w:tcPr>
          <w:p w14:paraId="20BD9A1A" w14:textId="77777777" w:rsidR="0035153C" w:rsidRDefault="0035153C"/>
        </w:tc>
        <w:tc>
          <w:tcPr>
            <w:tcW w:w="2886" w:type="dxa"/>
          </w:tcPr>
          <w:p w14:paraId="0C136CF1" w14:textId="77777777" w:rsidR="0035153C" w:rsidRDefault="0035153C"/>
        </w:tc>
        <w:tc>
          <w:tcPr>
            <w:tcW w:w="2886" w:type="dxa"/>
          </w:tcPr>
          <w:p w14:paraId="0A392C6A" w14:textId="77777777" w:rsidR="0035153C" w:rsidRDefault="0035153C"/>
        </w:tc>
        <w:tc>
          <w:tcPr>
            <w:tcW w:w="2886" w:type="dxa"/>
          </w:tcPr>
          <w:p w14:paraId="290583F9" w14:textId="77777777" w:rsidR="0035153C" w:rsidRDefault="0035153C"/>
        </w:tc>
        <w:tc>
          <w:tcPr>
            <w:tcW w:w="2886" w:type="dxa"/>
          </w:tcPr>
          <w:p w14:paraId="68F21D90" w14:textId="77777777" w:rsidR="0035153C" w:rsidRDefault="0035153C"/>
        </w:tc>
      </w:tr>
      <w:tr w:rsidR="0035153C" w14:paraId="13C326F3" w14:textId="77777777" w:rsidTr="00445EC0">
        <w:trPr>
          <w:trHeight w:val="282"/>
        </w:trPr>
        <w:tc>
          <w:tcPr>
            <w:tcW w:w="2886" w:type="dxa"/>
          </w:tcPr>
          <w:p w14:paraId="4853B841" w14:textId="77777777" w:rsidR="0035153C" w:rsidRDefault="0035153C"/>
        </w:tc>
        <w:tc>
          <w:tcPr>
            <w:tcW w:w="2886" w:type="dxa"/>
          </w:tcPr>
          <w:p w14:paraId="50125231" w14:textId="77777777" w:rsidR="0035153C" w:rsidRDefault="0035153C"/>
        </w:tc>
        <w:tc>
          <w:tcPr>
            <w:tcW w:w="2886" w:type="dxa"/>
          </w:tcPr>
          <w:p w14:paraId="5A25747A" w14:textId="77777777" w:rsidR="0035153C" w:rsidRDefault="0035153C"/>
        </w:tc>
        <w:tc>
          <w:tcPr>
            <w:tcW w:w="2886" w:type="dxa"/>
          </w:tcPr>
          <w:p w14:paraId="09B8D95D" w14:textId="77777777" w:rsidR="0035153C" w:rsidRDefault="0035153C"/>
        </w:tc>
        <w:tc>
          <w:tcPr>
            <w:tcW w:w="2886" w:type="dxa"/>
          </w:tcPr>
          <w:p w14:paraId="78BEFD2A" w14:textId="77777777" w:rsidR="0035153C" w:rsidRDefault="0035153C"/>
        </w:tc>
      </w:tr>
      <w:tr w:rsidR="0035153C" w14:paraId="27A76422" w14:textId="77777777" w:rsidTr="00445EC0">
        <w:trPr>
          <w:trHeight w:val="269"/>
        </w:trPr>
        <w:tc>
          <w:tcPr>
            <w:tcW w:w="2886" w:type="dxa"/>
          </w:tcPr>
          <w:p w14:paraId="49206A88" w14:textId="77777777" w:rsidR="0035153C" w:rsidRDefault="0035153C"/>
        </w:tc>
        <w:tc>
          <w:tcPr>
            <w:tcW w:w="2886" w:type="dxa"/>
          </w:tcPr>
          <w:p w14:paraId="67B7A70C" w14:textId="77777777" w:rsidR="0035153C" w:rsidRDefault="0035153C"/>
        </w:tc>
        <w:tc>
          <w:tcPr>
            <w:tcW w:w="2886" w:type="dxa"/>
          </w:tcPr>
          <w:p w14:paraId="71887C79" w14:textId="77777777" w:rsidR="0035153C" w:rsidRDefault="0035153C"/>
        </w:tc>
        <w:tc>
          <w:tcPr>
            <w:tcW w:w="2886" w:type="dxa"/>
          </w:tcPr>
          <w:p w14:paraId="3B7FD67C" w14:textId="77777777" w:rsidR="0035153C" w:rsidRDefault="0035153C"/>
        </w:tc>
        <w:tc>
          <w:tcPr>
            <w:tcW w:w="2886" w:type="dxa"/>
          </w:tcPr>
          <w:p w14:paraId="38D6B9B6" w14:textId="77777777" w:rsidR="0035153C" w:rsidRDefault="0035153C"/>
        </w:tc>
      </w:tr>
      <w:tr w:rsidR="0035153C" w14:paraId="22F860BB" w14:textId="77777777" w:rsidTr="00445EC0">
        <w:trPr>
          <w:trHeight w:val="282"/>
        </w:trPr>
        <w:tc>
          <w:tcPr>
            <w:tcW w:w="2886" w:type="dxa"/>
          </w:tcPr>
          <w:p w14:paraId="698536F5" w14:textId="77777777" w:rsidR="0035153C" w:rsidRDefault="0035153C"/>
        </w:tc>
        <w:tc>
          <w:tcPr>
            <w:tcW w:w="2886" w:type="dxa"/>
          </w:tcPr>
          <w:p w14:paraId="7BC1BAF2" w14:textId="77777777" w:rsidR="0035153C" w:rsidRDefault="0035153C"/>
        </w:tc>
        <w:tc>
          <w:tcPr>
            <w:tcW w:w="2886" w:type="dxa"/>
          </w:tcPr>
          <w:p w14:paraId="61C988F9" w14:textId="77777777" w:rsidR="0035153C" w:rsidRDefault="0035153C"/>
        </w:tc>
        <w:tc>
          <w:tcPr>
            <w:tcW w:w="2886" w:type="dxa"/>
          </w:tcPr>
          <w:p w14:paraId="3B22BB7D" w14:textId="77777777" w:rsidR="0035153C" w:rsidRDefault="0035153C"/>
        </w:tc>
        <w:tc>
          <w:tcPr>
            <w:tcW w:w="2886" w:type="dxa"/>
          </w:tcPr>
          <w:p w14:paraId="17B246DD" w14:textId="77777777" w:rsidR="0035153C" w:rsidRDefault="0035153C"/>
        </w:tc>
      </w:tr>
      <w:tr w:rsidR="0035153C" w14:paraId="6BF89DA3" w14:textId="77777777" w:rsidTr="00445EC0">
        <w:trPr>
          <w:trHeight w:val="282"/>
        </w:trPr>
        <w:tc>
          <w:tcPr>
            <w:tcW w:w="2886" w:type="dxa"/>
          </w:tcPr>
          <w:p w14:paraId="5C3E0E74" w14:textId="77777777" w:rsidR="0035153C" w:rsidRDefault="0035153C"/>
        </w:tc>
        <w:tc>
          <w:tcPr>
            <w:tcW w:w="2886" w:type="dxa"/>
          </w:tcPr>
          <w:p w14:paraId="66A1FAB9" w14:textId="77777777" w:rsidR="0035153C" w:rsidRDefault="0035153C"/>
        </w:tc>
        <w:tc>
          <w:tcPr>
            <w:tcW w:w="2886" w:type="dxa"/>
          </w:tcPr>
          <w:p w14:paraId="76BB753C" w14:textId="77777777" w:rsidR="0035153C" w:rsidRDefault="0035153C"/>
        </w:tc>
        <w:tc>
          <w:tcPr>
            <w:tcW w:w="2886" w:type="dxa"/>
          </w:tcPr>
          <w:p w14:paraId="513DA1E0" w14:textId="77777777" w:rsidR="0035153C" w:rsidRDefault="0035153C"/>
        </w:tc>
        <w:tc>
          <w:tcPr>
            <w:tcW w:w="2886" w:type="dxa"/>
          </w:tcPr>
          <w:p w14:paraId="75CAC6F5" w14:textId="77777777" w:rsidR="0035153C" w:rsidRDefault="0035153C"/>
        </w:tc>
      </w:tr>
      <w:tr w:rsidR="0035153C" w14:paraId="66060428" w14:textId="77777777" w:rsidTr="00445EC0">
        <w:trPr>
          <w:trHeight w:val="269"/>
        </w:trPr>
        <w:tc>
          <w:tcPr>
            <w:tcW w:w="2886" w:type="dxa"/>
          </w:tcPr>
          <w:p w14:paraId="1D0656FE" w14:textId="77777777" w:rsidR="0035153C" w:rsidRDefault="0035153C"/>
        </w:tc>
        <w:tc>
          <w:tcPr>
            <w:tcW w:w="2886" w:type="dxa"/>
          </w:tcPr>
          <w:p w14:paraId="7B37605A" w14:textId="77777777" w:rsidR="0035153C" w:rsidRDefault="0035153C"/>
        </w:tc>
        <w:tc>
          <w:tcPr>
            <w:tcW w:w="2886" w:type="dxa"/>
          </w:tcPr>
          <w:p w14:paraId="394798F2" w14:textId="77777777" w:rsidR="0035153C" w:rsidRDefault="0035153C"/>
        </w:tc>
        <w:tc>
          <w:tcPr>
            <w:tcW w:w="2886" w:type="dxa"/>
          </w:tcPr>
          <w:p w14:paraId="3889A505" w14:textId="77777777" w:rsidR="0035153C" w:rsidRDefault="0035153C"/>
        </w:tc>
        <w:tc>
          <w:tcPr>
            <w:tcW w:w="2886" w:type="dxa"/>
          </w:tcPr>
          <w:p w14:paraId="29079D35" w14:textId="77777777" w:rsidR="0035153C" w:rsidRDefault="0035153C"/>
        </w:tc>
      </w:tr>
      <w:tr w:rsidR="0035153C" w14:paraId="17686DC7" w14:textId="77777777" w:rsidTr="00445EC0">
        <w:trPr>
          <w:trHeight w:val="282"/>
        </w:trPr>
        <w:tc>
          <w:tcPr>
            <w:tcW w:w="2886" w:type="dxa"/>
          </w:tcPr>
          <w:p w14:paraId="53BD644D" w14:textId="77777777" w:rsidR="0035153C" w:rsidRDefault="0035153C"/>
        </w:tc>
        <w:tc>
          <w:tcPr>
            <w:tcW w:w="2886" w:type="dxa"/>
          </w:tcPr>
          <w:p w14:paraId="1A3FAC43" w14:textId="77777777" w:rsidR="0035153C" w:rsidRDefault="0035153C"/>
        </w:tc>
        <w:tc>
          <w:tcPr>
            <w:tcW w:w="2886" w:type="dxa"/>
          </w:tcPr>
          <w:p w14:paraId="2BBD94B2" w14:textId="77777777" w:rsidR="0035153C" w:rsidRDefault="0035153C"/>
        </w:tc>
        <w:tc>
          <w:tcPr>
            <w:tcW w:w="2886" w:type="dxa"/>
          </w:tcPr>
          <w:p w14:paraId="5854DE7F" w14:textId="77777777" w:rsidR="0035153C" w:rsidRDefault="0035153C"/>
        </w:tc>
        <w:tc>
          <w:tcPr>
            <w:tcW w:w="2886" w:type="dxa"/>
          </w:tcPr>
          <w:p w14:paraId="2CA7ADD4" w14:textId="77777777" w:rsidR="0035153C" w:rsidRDefault="0035153C"/>
        </w:tc>
      </w:tr>
      <w:tr w:rsidR="0035153C" w14:paraId="314EE24A" w14:textId="77777777" w:rsidTr="00445EC0">
        <w:trPr>
          <w:trHeight w:val="282"/>
        </w:trPr>
        <w:tc>
          <w:tcPr>
            <w:tcW w:w="2886" w:type="dxa"/>
          </w:tcPr>
          <w:p w14:paraId="76614669" w14:textId="77777777" w:rsidR="0035153C" w:rsidRDefault="0035153C"/>
        </w:tc>
        <w:tc>
          <w:tcPr>
            <w:tcW w:w="2886" w:type="dxa"/>
          </w:tcPr>
          <w:p w14:paraId="57590049" w14:textId="77777777" w:rsidR="0035153C" w:rsidRDefault="0035153C"/>
        </w:tc>
        <w:tc>
          <w:tcPr>
            <w:tcW w:w="2886" w:type="dxa"/>
          </w:tcPr>
          <w:p w14:paraId="0C5B615A" w14:textId="77777777" w:rsidR="0035153C" w:rsidRDefault="0035153C"/>
        </w:tc>
        <w:tc>
          <w:tcPr>
            <w:tcW w:w="2886" w:type="dxa"/>
          </w:tcPr>
          <w:p w14:paraId="792F1AA2" w14:textId="77777777" w:rsidR="0035153C" w:rsidRDefault="0035153C"/>
        </w:tc>
        <w:tc>
          <w:tcPr>
            <w:tcW w:w="2886" w:type="dxa"/>
          </w:tcPr>
          <w:p w14:paraId="1A499DFC" w14:textId="77777777" w:rsidR="0035153C" w:rsidRDefault="0035153C"/>
        </w:tc>
      </w:tr>
      <w:tr w:rsidR="0035153C" w14:paraId="5E7E3C41" w14:textId="77777777" w:rsidTr="00445EC0">
        <w:trPr>
          <w:trHeight w:val="269"/>
        </w:trPr>
        <w:tc>
          <w:tcPr>
            <w:tcW w:w="2886" w:type="dxa"/>
          </w:tcPr>
          <w:p w14:paraId="03F828E4" w14:textId="77777777" w:rsidR="0035153C" w:rsidRDefault="0035153C"/>
        </w:tc>
        <w:tc>
          <w:tcPr>
            <w:tcW w:w="2886" w:type="dxa"/>
          </w:tcPr>
          <w:p w14:paraId="2AC57CB0" w14:textId="77777777" w:rsidR="0035153C" w:rsidRDefault="0035153C"/>
        </w:tc>
        <w:tc>
          <w:tcPr>
            <w:tcW w:w="2886" w:type="dxa"/>
          </w:tcPr>
          <w:p w14:paraId="5186B13D" w14:textId="77777777" w:rsidR="0035153C" w:rsidRDefault="0035153C"/>
        </w:tc>
        <w:tc>
          <w:tcPr>
            <w:tcW w:w="2886" w:type="dxa"/>
          </w:tcPr>
          <w:p w14:paraId="6C57C439" w14:textId="77777777" w:rsidR="0035153C" w:rsidRDefault="0035153C"/>
        </w:tc>
        <w:tc>
          <w:tcPr>
            <w:tcW w:w="2886" w:type="dxa"/>
          </w:tcPr>
          <w:p w14:paraId="3D404BC9" w14:textId="77777777" w:rsidR="0035153C" w:rsidRDefault="0035153C"/>
        </w:tc>
      </w:tr>
    </w:tbl>
    <w:p w14:paraId="582D858B" w14:textId="77777777" w:rsidR="0035153C" w:rsidRDefault="00096CD8">
      <w:r>
        <w:br/>
        <w:t>Notes / Observations:</w:t>
      </w:r>
    </w:p>
    <w:p w14:paraId="298ED7D9" w14:textId="7C733392" w:rsidR="0035153C" w:rsidRDefault="00096CD8">
      <w:r>
        <w:t>_______________________________________________________</w:t>
      </w:r>
      <w:r w:rsidR="00445EC0">
        <w:t>____</w:t>
      </w:r>
      <w:r w:rsidR="00445EC0">
        <w:t>___________________________________________________________________________________________________________________</w:t>
      </w:r>
      <w:r>
        <w:t>_</w:t>
      </w:r>
    </w:p>
    <w:p w14:paraId="3A40B128" w14:textId="77777777" w:rsidR="00CC31B6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p w14:paraId="7D27E4BD" w14:textId="77777777" w:rsidR="00CC31B6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p w14:paraId="21B15FC3" w14:textId="77777777" w:rsidR="00CC31B6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p w14:paraId="24370A32" w14:textId="77777777" w:rsidR="00CC31B6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p w14:paraId="0ADEBAEF" w14:textId="77777777" w:rsidR="00CC31B6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p w14:paraId="72F92822" w14:textId="77777777" w:rsidR="00CC31B6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p w14:paraId="7C68F828" w14:textId="0049B68F" w:rsidR="0035153C" w:rsidRDefault="00CC31B6" w:rsidP="00CC31B6">
      <w:r>
        <w:t>_______________________________________________________________________________________________________________________________________________________________________________</w:t>
      </w:r>
    </w:p>
    <w:sectPr w:rsidR="0035153C" w:rsidSect="00D35D4D">
      <w:headerReference w:type="default" r:id="rId8"/>
      <w:footerReference w:type="default" r:id="rId9"/>
      <w:pgSz w:w="15840" w:h="12240" w:orient="landscape"/>
      <w:pgMar w:top="1800" w:right="720" w:bottom="180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2EE703" w14:textId="77777777" w:rsidR="00096CD8" w:rsidRDefault="00096CD8" w:rsidP="002C17A9">
      <w:pPr>
        <w:spacing w:after="0" w:line="240" w:lineRule="auto"/>
      </w:pPr>
      <w:r>
        <w:separator/>
      </w:r>
    </w:p>
  </w:endnote>
  <w:endnote w:type="continuationSeparator" w:id="0">
    <w:p w14:paraId="31E24030" w14:textId="77777777" w:rsidR="00096CD8" w:rsidRDefault="00096CD8" w:rsidP="002C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C52ECD" w14:textId="547E11CB" w:rsidR="00F01429" w:rsidRDefault="00F01429" w:rsidP="00F01429">
    <w:pPr>
      <w:pStyle w:val="Footer"/>
      <w:tabs>
        <w:tab w:val="clear" w:pos="4680"/>
        <w:tab w:val="right" w:pos="8640"/>
        <w:tab w:val="left" w:pos="9360"/>
        <w:tab w:val="right" w:pos="14400"/>
      </w:tabs>
    </w:pPr>
    <w:r w:rsidRPr="00F01429">
      <w:rPr>
        <w:rFonts w:ascii="Arial" w:hAnsi="Arial" w:cs="Arial"/>
      </w:rPr>
      <w:t>Get your online digital pet records</w:t>
    </w:r>
    <w:r>
      <w:tab/>
    </w:r>
    <w:r>
      <w:tab/>
    </w:r>
    <w:r>
      <w:tab/>
    </w:r>
    <w:r w:rsidRPr="00F01429">
      <w:rPr>
        <w:rFonts w:ascii="Arial" w:hAnsi="Arial" w:cs="Arial"/>
      </w:rPr>
      <w:t>www.MyPetNet.co.uk</w:t>
    </w:r>
  </w:p>
  <w:p w14:paraId="3914E935" w14:textId="72A14B02" w:rsidR="00F01429" w:rsidRDefault="00F01429" w:rsidP="00F01429">
    <w:pPr>
      <w:pStyle w:val="Footer"/>
      <w:tabs>
        <w:tab w:val="clear" w:pos="4680"/>
        <w:tab w:val="clear" w:pos="9360"/>
        <w:tab w:val="right" w:pos="8640"/>
        <w:tab w:val="right" w:pos="14400"/>
      </w:tabs>
    </w:pPr>
  </w:p>
  <w:p w14:paraId="199C1E8D" w14:textId="77777777" w:rsidR="00F01429" w:rsidRDefault="00F01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B2B60C" w14:textId="77777777" w:rsidR="00096CD8" w:rsidRDefault="00096CD8" w:rsidP="002C17A9">
      <w:pPr>
        <w:spacing w:after="0" w:line="240" w:lineRule="auto"/>
      </w:pPr>
      <w:r>
        <w:separator/>
      </w:r>
    </w:p>
  </w:footnote>
  <w:footnote w:type="continuationSeparator" w:id="0">
    <w:p w14:paraId="3168D6CD" w14:textId="77777777" w:rsidR="00096CD8" w:rsidRDefault="00096CD8" w:rsidP="002C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B329F7" w14:textId="4670B883" w:rsidR="002C17A9" w:rsidRDefault="002C17A9" w:rsidP="002C17A9">
    <w:pPr>
      <w:pStyle w:val="Header"/>
      <w:jc w:val="center"/>
    </w:pPr>
    <w:r>
      <w:fldChar w:fldCharType="begin"/>
    </w:r>
    <w:r>
      <w:instrText xml:space="preserve"> INCLUDEPICTURE "https://mypetnet.co.uk/online/assets/mypetnet.png" \* MERGEFORMATINET </w:instrText>
    </w:r>
    <w:r>
      <w:fldChar w:fldCharType="separate"/>
    </w:r>
    <w:r>
      <w:rPr>
        <w:noProof/>
      </w:rPr>
      <w:drawing>
        <wp:inline distT="0" distB="0" distL="0" distR="0" wp14:anchorId="6D635201" wp14:editId="164DD718">
          <wp:extent cx="761229" cy="557048"/>
          <wp:effectExtent l="0" t="0" r="1270" b="1905"/>
          <wp:docPr id="1238539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430" cy="59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6992682">
    <w:abstractNumId w:val="8"/>
  </w:num>
  <w:num w:numId="2" w16cid:durableId="1267036091">
    <w:abstractNumId w:val="6"/>
  </w:num>
  <w:num w:numId="3" w16cid:durableId="99494109">
    <w:abstractNumId w:val="5"/>
  </w:num>
  <w:num w:numId="4" w16cid:durableId="544172945">
    <w:abstractNumId w:val="4"/>
  </w:num>
  <w:num w:numId="5" w16cid:durableId="1193806798">
    <w:abstractNumId w:val="7"/>
  </w:num>
  <w:num w:numId="6" w16cid:durableId="393312306">
    <w:abstractNumId w:val="3"/>
  </w:num>
  <w:num w:numId="7" w16cid:durableId="1075711568">
    <w:abstractNumId w:val="2"/>
  </w:num>
  <w:num w:numId="8" w16cid:durableId="1277444334">
    <w:abstractNumId w:val="1"/>
  </w:num>
  <w:num w:numId="9" w16cid:durableId="10080988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CD8"/>
    <w:rsid w:val="000E0C1B"/>
    <w:rsid w:val="0015074B"/>
    <w:rsid w:val="0019277E"/>
    <w:rsid w:val="0029639D"/>
    <w:rsid w:val="002C17A9"/>
    <w:rsid w:val="00326F90"/>
    <w:rsid w:val="0035153C"/>
    <w:rsid w:val="00445EC0"/>
    <w:rsid w:val="005D033D"/>
    <w:rsid w:val="00AA1D8D"/>
    <w:rsid w:val="00AE710F"/>
    <w:rsid w:val="00B47730"/>
    <w:rsid w:val="00CB0664"/>
    <w:rsid w:val="00CC31B6"/>
    <w:rsid w:val="00D35D4D"/>
    <w:rsid w:val="00F01429"/>
    <w:rsid w:val="00F0150C"/>
    <w:rsid w:val="00F85705"/>
    <w:rsid w:val="00FC3554"/>
    <w:rsid w:val="00FC693F"/>
    <w:rsid w:val="162C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0FB2E21-893E-4493-B5DD-AC159CD5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</Words>
  <Characters>1979</Characters>
  <Application>Microsoft Office Word</Application>
  <DocSecurity>0</DocSecurity>
  <Lines>329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MyPetNet</Company>
  <LinksUpToDate>false</LinksUpToDate>
  <CharactersWithSpaces>2004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 Medication Tracker</dc:title>
  <dc:subject/>
  <dc:creator>MyPetNet</dc:creator>
  <cp:keywords/>
  <dc:description/>
  <cp:lastModifiedBy>Carl McLaren</cp:lastModifiedBy>
  <cp:revision>2</cp:revision>
  <cp:lastPrinted>2026-08-25T23:01:00Z</cp:lastPrinted>
  <dcterms:created xsi:type="dcterms:W3CDTF">2026-08-25T23:02:00Z</dcterms:created>
  <dcterms:modified xsi:type="dcterms:W3CDTF">2026-08-25T23:02:00Z</dcterms:modified>
  <cp:category/>
</cp:coreProperties>
</file>