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496EFF" w14:textId="3F429F89" w:rsidR="00D62262" w:rsidRDefault="237F0DB7">
      <w:pPr>
        <w:jc w:val="center"/>
      </w:pPr>
      <w:r w:rsidRPr="237F0DB7">
        <w:rPr>
          <w:b/>
          <w:bCs/>
          <w:sz w:val="40"/>
          <w:szCs w:val="40"/>
        </w:rPr>
        <w:t xml:space="preserve">Cat Vaccination Schedule Template </w:t>
      </w:r>
      <w:r>
        <w:br/>
      </w:r>
      <w:r w:rsidRPr="237F0DB7">
        <w:rPr>
          <w:b/>
          <w:bCs/>
          <w:sz w:val="40"/>
          <w:szCs w:val="40"/>
        </w:rPr>
        <w:t>+ Owner Guide</w:t>
      </w:r>
    </w:p>
    <w:p w14:paraId="59A8AA15" w14:textId="18748AD8" w:rsidR="00D62262" w:rsidRDefault="237F0DB7">
      <w:r>
        <w:t>Missed boosters can leave gaps in protection and often result from forgotten dates rather than lack of care. Use the tracker below to record every vaccine, next due date, reminder method, and vet contact in one place.</w:t>
      </w:r>
    </w:p>
    <w:p w14:paraId="100EFF0F" w14:textId="29EFF420" w:rsidR="00D62262" w:rsidRDefault="237F0DB7">
      <w:r w:rsidRPr="237F0DB7">
        <w:rPr>
          <w:b/>
          <w:bCs/>
        </w:rPr>
        <w:t xml:space="preserve">Cat Vaccination Schedule </w:t>
      </w:r>
    </w:p>
    <w:tbl>
      <w:tblPr>
        <w:tblStyle w:val="TableGrid"/>
        <w:tblW w:w="0" w:type="auto"/>
        <w:tblLook w:val="04A0" w:firstRow="1" w:lastRow="0" w:firstColumn="1" w:lastColumn="0" w:noHBand="0" w:noVBand="1"/>
      </w:tblPr>
      <w:tblGrid>
        <w:gridCol w:w="1233"/>
        <w:gridCol w:w="1233"/>
        <w:gridCol w:w="1232"/>
        <w:gridCol w:w="1233"/>
        <w:gridCol w:w="1232"/>
        <w:gridCol w:w="1234"/>
        <w:gridCol w:w="1233"/>
      </w:tblGrid>
      <w:tr w:rsidR="00D62262" w14:paraId="7D13A1DE" w14:textId="77777777" w:rsidTr="237F0DB7">
        <w:tc>
          <w:tcPr>
            <w:tcW w:w="1234" w:type="dxa"/>
          </w:tcPr>
          <w:p w14:paraId="2993C3E0" w14:textId="77777777" w:rsidR="00D62262" w:rsidRDefault="237F0DB7" w:rsidP="237F0DB7">
            <w:pPr>
              <w:rPr>
                <w:b/>
                <w:bCs/>
              </w:rPr>
            </w:pPr>
            <w:r w:rsidRPr="237F0DB7">
              <w:rPr>
                <w:b/>
                <w:bCs/>
              </w:rPr>
              <w:t>Vaccine</w:t>
            </w:r>
          </w:p>
        </w:tc>
        <w:tc>
          <w:tcPr>
            <w:tcW w:w="1234" w:type="dxa"/>
          </w:tcPr>
          <w:p w14:paraId="6C8C1BB6" w14:textId="77777777" w:rsidR="00D62262" w:rsidRDefault="237F0DB7" w:rsidP="237F0DB7">
            <w:pPr>
              <w:rPr>
                <w:b/>
                <w:bCs/>
              </w:rPr>
            </w:pPr>
            <w:r w:rsidRPr="237F0DB7">
              <w:rPr>
                <w:b/>
                <w:bCs/>
              </w:rPr>
              <w:t>Date Given</w:t>
            </w:r>
          </w:p>
        </w:tc>
        <w:tc>
          <w:tcPr>
            <w:tcW w:w="1234" w:type="dxa"/>
          </w:tcPr>
          <w:p w14:paraId="506A4FD6" w14:textId="77777777" w:rsidR="00D62262" w:rsidRDefault="237F0DB7" w:rsidP="237F0DB7">
            <w:pPr>
              <w:rPr>
                <w:b/>
                <w:bCs/>
              </w:rPr>
            </w:pPr>
            <w:r w:rsidRPr="237F0DB7">
              <w:rPr>
                <w:b/>
                <w:bCs/>
              </w:rPr>
              <w:t>Cat Age</w:t>
            </w:r>
          </w:p>
        </w:tc>
        <w:tc>
          <w:tcPr>
            <w:tcW w:w="1234" w:type="dxa"/>
          </w:tcPr>
          <w:p w14:paraId="5749E7ED" w14:textId="77777777" w:rsidR="00D62262" w:rsidRDefault="237F0DB7" w:rsidP="237F0DB7">
            <w:pPr>
              <w:rPr>
                <w:b/>
                <w:bCs/>
              </w:rPr>
            </w:pPr>
            <w:r w:rsidRPr="237F0DB7">
              <w:rPr>
                <w:b/>
                <w:bCs/>
              </w:rPr>
              <w:t>Vet Clinic</w:t>
            </w:r>
          </w:p>
        </w:tc>
        <w:tc>
          <w:tcPr>
            <w:tcW w:w="1234" w:type="dxa"/>
          </w:tcPr>
          <w:p w14:paraId="050FFFF2" w14:textId="77777777" w:rsidR="00D62262" w:rsidRDefault="237F0DB7" w:rsidP="237F0DB7">
            <w:pPr>
              <w:rPr>
                <w:b/>
                <w:bCs/>
              </w:rPr>
            </w:pPr>
            <w:r w:rsidRPr="237F0DB7">
              <w:rPr>
                <w:b/>
                <w:bCs/>
              </w:rPr>
              <w:t>Next Due Date</w:t>
            </w:r>
          </w:p>
        </w:tc>
        <w:tc>
          <w:tcPr>
            <w:tcW w:w="1234" w:type="dxa"/>
          </w:tcPr>
          <w:p w14:paraId="6024C58A" w14:textId="77777777" w:rsidR="00D62262" w:rsidRDefault="237F0DB7" w:rsidP="237F0DB7">
            <w:pPr>
              <w:rPr>
                <w:b/>
                <w:bCs/>
              </w:rPr>
            </w:pPr>
            <w:r w:rsidRPr="237F0DB7">
              <w:rPr>
                <w:b/>
                <w:bCs/>
              </w:rPr>
              <w:t>Reminder Set?</w:t>
            </w:r>
          </w:p>
        </w:tc>
        <w:tc>
          <w:tcPr>
            <w:tcW w:w="1234" w:type="dxa"/>
          </w:tcPr>
          <w:p w14:paraId="25546E3C" w14:textId="77777777" w:rsidR="00D62262" w:rsidRDefault="237F0DB7" w:rsidP="237F0DB7">
            <w:pPr>
              <w:rPr>
                <w:b/>
                <w:bCs/>
              </w:rPr>
            </w:pPr>
            <w:r w:rsidRPr="237F0DB7">
              <w:rPr>
                <w:b/>
                <w:bCs/>
              </w:rPr>
              <w:t>Notes</w:t>
            </w:r>
          </w:p>
        </w:tc>
      </w:tr>
      <w:tr w:rsidR="00D62262" w14:paraId="672A6659" w14:textId="77777777" w:rsidTr="237F0DB7">
        <w:tc>
          <w:tcPr>
            <w:tcW w:w="1234" w:type="dxa"/>
          </w:tcPr>
          <w:p w14:paraId="0A37501D" w14:textId="77777777" w:rsidR="00D62262" w:rsidRDefault="00D62262"/>
        </w:tc>
        <w:tc>
          <w:tcPr>
            <w:tcW w:w="1234" w:type="dxa"/>
          </w:tcPr>
          <w:p w14:paraId="5DAB6C7B" w14:textId="77777777" w:rsidR="00D62262" w:rsidRDefault="00D62262"/>
        </w:tc>
        <w:tc>
          <w:tcPr>
            <w:tcW w:w="1234" w:type="dxa"/>
          </w:tcPr>
          <w:p w14:paraId="02EB378F" w14:textId="77777777" w:rsidR="00D62262" w:rsidRDefault="00D62262"/>
        </w:tc>
        <w:tc>
          <w:tcPr>
            <w:tcW w:w="1234" w:type="dxa"/>
          </w:tcPr>
          <w:p w14:paraId="6A05A809" w14:textId="77777777" w:rsidR="00D62262" w:rsidRDefault="00D62262"/>
        </w:tc>
        <w:tc>
          <w:tcPr>
            <w:tcW w:w="1234" w:type="dxa"/>
          </w:tcPr>
          <w:p w14:paraId="5A39BBE3" w14:textId="77777777" w:rsidR="00D62262" w:rsidRDefault="00D62262"/>
        </w:tc>
        <w:tc>
          <w:tcPr>
            <w:tcW w:w="1234" w:type="dxa"/>
          </w:tcPr>
          <w:p w14:paraId="41C8F396" w14:textId="77777777" w:rsidR="00D62262" w:rsidRDefault="00D62262"/>
        </w:tc>
        <w:tc>
          <w:tcPr>
            <w:tcW w:w="1234" w:type="dxa"/>
          </w:tcPr>
          <w:p w14:paraId="72A3D3EC" w14:textId="77777777" w:rsidR="00D62262" w:rsidRDefault="00D62262"/>
        </w:tc>
      </w:tr>
      <w:tr w:rsidR="00D62262" w14:paraId="0D0B940D" w14:textId="77777777" w:rsidTr="237F0DB7">
        <w:tc>
          <w:tcPr>
            <w:tcW w:w="1234" w:type="dxa"/>
          </w:tcPr>
          <w:p w14:paraId="0E27B00A" w14:textId="77777777" w:rsidR="00D62262" w:rsidRDefault="00D62262"/>
        </w:tc>
        <w:tc>
          <w:tcPr>
            <w:tcW w:w="1234" w:type="dxa"/>
          </w:tcPr>
          <w:p w14:paraId="60061E4C" w14:textId="77777777" w:rsidR="00D62262" w:rsidRDefault="00D62262"/>
        </w:tc>
        <w:tc>
          <w:tcPr>
            <w:tcW w:w="1234" w:type="dxa"/>
          </w:tcPr>
          <w:p w14:paraId="44EAFD9C" w14:textId="77777777" w:rsidR="00D62262" w:rsidRDefault="00D62262"/>
        </w:tc>
        <w:tc>
          <w:tcPr>
            <w:tcW w:w="1234" w:type="dxa"/>
          </w:tcPr>
          <w:p w14:paraId="4B94D5A5" w14:textId="77777777" w:rsidR="00D62262" w:rsidRDefault="00D62262"/>
        </w:tc>
        <w:tc>
          <w:tcPr>
            <w:tcW w:w="1234" w:type="dxa"/>
          </w:tcPr>
          <w:p w14:paraId="3DEEC669" w14:textId="77777777" w:rsidR="00D62262" w:rsidRDefault="00D62262"/>
        </w:tc>
        <w:tc>
          <w:tcPr>
            <w:tcW w:w="1234" w:type="dxa"/>
          </w:tcPr>
          <w:p w14:paraId="3656B9AB" w14:textId="77777777" w:rsidR="00D62262" w:rsidRDefault="00D62262"/>
        </w:tc>
        <w:tc>
          <w:tcPr>
            <w:tcW w:w="1234" w:type="dxa"/>
          </w:tcPr>
          <w:p w14:paraId="45FB0818" w14:textId="77777777" w:rsidR="00D62262" w:rsidRDefault="00D62262"/>
        </w:tc>
      </w:tr>
      <w:tr w:rsidR="00D62262" w14:paraId="049F31CB" w14:textId="77777777" w:rsidTr="237F0DB7">
        <w:tc>
          <w:tcPr>
            <w:tcW w:w="1234" w:type="dxa"/>
          </w:tcPr>
          <w:p w14:paraId="53128261" w14:textId="77777777" w:rsidR="00D62262" w:rsidRDefault="00D62262"/>
        </w:tc>
        <w:tc>
          <w:tcPr>
            <w:tcW w:w="1234" w:type="dxa"/>
          </w:tcPr>
          <w:p w14:paraId="62486C05" w14:textId="77777777" w:rsidR="00D62262" w:rsidRDefault="00D62262"/>
        </w:tc>
        <w:tc>
          <w:tcPr>
            <w:tcW w:w="1234" w:type="dxa"/>
          </w:tcPr>
          <w:p w14:paraId="4101652C" w14:textId="77777777" w:rsidR="00D62262" w:rsidRDefault="00D62262"/>
        </w:tc>
        <w:tc>
          <w:tcPr>
            <w:tcW w:w="1234" w:type="dxa"/>
          </w:tcPr>
          <w:p w14:paraId="4B99056E" w14:textId="77777777" w:rsidR="00D62262" w:rsidRDefault="00D62262"/>
        </w:tc>
        <w:tc>
          <w:tcPr>
            <w:tcW w:w="1234" w:type="dxa"/>
          </w:tcPr>
          <w:p w14:paraId="1299C43A" w14:textId="77777777" w:rsidR="00D62262" w:rsidRDefault="00D62262"/>
        </w:tc>
        <w:tc>
          <w:tcPr>
            <w:tcW w:w="1234" w:type="dxa"/>
          </w:tcPr>
          <w:p w14:paraId="4DDBEF00" w14:textId="77777777" w:rsidR="00D62262" w:rsidRDefault="00D62262"/>
        </w:tc>
        <w:tc>
          <w:tcPr>
            <w:tcW w:w="1234" w:type="dxa"/>
          </w:tcPr>
          <w:p w14:paraId="3461D779" w14:textId="77777777" w:rsidR="00D62262" w:rsidRDefault="00D62262"/>
        </w:tc>
      </w:tr>
      <w:tr w:rsidR="00D62262" w14:paraId="3CF2D8B6" w14:textId="77777777" w:rsidTr="237F0DB7">
        <w:tc>
          <w:tcPr>
            <w:tcW w:w="1234" w:type="dxa"/>
          </w:tcPr>
          <w:p w14:paraId="0FB78278" w14:textId="77777777" w:rsidR="00D62262" w:rsidRDefault="00D62262"/>
        </w:tc>
        <w:tc>
          <w:tcPr>
            <w:tcW w:w="1234" w:type="dxa"/>
          </w:tcPr>
          <w:p w14:paraId="1FC39945" w14:textId="77777777" w:rsidR="00D62262" w:rsidRDefault="00D62262"/>
        </w:tc>
        <w:tc>
          <w:tcPr>
            <w:tcW w:w="1234" w:type="dxa"/>
          </w:tcPr>
          <w:p w14:paraId="0562CB0E" w14:textId="77777777" w:rsidR="00D62262" w:rsidRDefault="00D62262"/>
        </w:tc>
        <w:tc>
          <w:tcPr>
            <w:tcW w:w="1234" w:type="dxa"/>
          </w:tcPr>
          <w:p w14:paraId="34CE0A41" w14:textId="77777777" w:rsidR="00D62262" w:rsidRDefault="00D62262"/>
        </w:tc>
        <w:tc>
          <w:tcPr>
            <w:tcW w:w="1234" w:type="dxa"/>
          </w:tcPr>
          <w:p w14:paraId="62EBF3C5" w14:textId="77777777" w:rsidR="00D62262" w:rsidRDefault="00D62262"/>
        </w:tc>
        <w:tc>
          <w:tcPr>
            <w:tcW w:w="1234" w:type="dxa"/>
          </w:tcPr>
          <w:p w14:paraId="6D98A12B" w14:textId="77777777" w:rsidR="00D62262" w:rsidRDefault="00D62262"/>
        </w:tc>
        <w:tc>
          <w:tcPr>
            <w:tcW w:w="1234" w:type="dxa"/>
          </w:tcPr>
          <w:p w14:paraId="2946DB82" w14:textId="77777777" w:rsidR="00D62262" w:rsidRDefault="00D62262"/>
        </w:tc>
      </w:tr>
      <w:tr w:rsidR="00D62262" w14:paraId="5997CC1D" w14:textId="77777777" w:rsidTr="237F0DB7">
        <w:tc>
          <w:tcPr>
            <w:tcW w:w="1234" w:type="dxa"/>
          </w:tcPr>
          <w:p w14:paraId="110FFD37" w14:textId="77777777" w:rsidR="00D62262" w:rsidRDefault="00D62262"/>
        </w:tc>
        <w:tc>
          <w:tcPr>
            <w:tcW w:w="1234" w:type="dxa"/>
          </w:tcPr>
          <w:p w14:paraId="6B699379" w14:textId="77777777" w:rsidR="00D62262" w:rsidRDefault="00D62262"/>
        </w:tc>
        <w:tc>
          <w:tcPr>
            <w:tcW w:w="1234" w:type="dxa"/>
          </w:tcPr>
          <w:p w14:paraId="3FE9F23F" w14:textId="77777777" w:rsidR="00D62262" w:rsidRDefault="00D62262"/>
        </w:tc>
        <w:tc>
          <w:tcPr>
            <w:tcW w:w="1234" w:type="dxa"/>
          </w:tcPr>
          <w:p w14:paraId="1F72F646" w14:textId="77777777" w:rsidR="00D62262" w:rsidRDefault="00D62262"/>
        </w:tc>
        <w:tc>
          <w:tcPr>
            <w:tcW w:w="1234" w:type="dxa"/>
          </w:tcPr>
          <w:p w14:paraId="08CE6F91" w14:textId="77777777" w:rsidR="00D62262" w:rsidRDefault="00D62262"/>
        </w:tc>
        <w:tc>
          <w:tcPr>
            <w:tcW w:w="1234" w:type="dxa"/>
          </w:tcPr>
          <w:p w14:paraId="61CDCEAD" w14:textId="77777777" w:rsidR="00D62262" w:rsidRDefault="00D62262"/>
        </w:tc>
        <w:tc>
          <w:tcPr>
            <w:tcW w:w="1234" w:type="dxa"/>
          </w:tcPr>
          <w:p w14:paraId="6BB9E253" w14:textId="77777777" w:rsidR="00D62262" w:rsidRDefault="00D62262"/>
        </w:tc>
      </w:tr>
      <w:tr w:rsidR="00D62262" w14:paraId="23DE523C" w14:textId="77777777" w:rsidTr="237F0DB7">
        <w:tc>
          <w:tcPr>
            <w:tcW w:w="1234" w:type="dxa"/>
          </w:tcPr>
          <w:p w14:paraId="52E56223" w14:textId="77777777" w:rsidR="00D62262" w:rsidRDefault="00D62262"/>
        </w:tc>
        <w:tc>
          <w:tcPr>
            <w:tcW w:w="1234" w:type="dxa"/>
          </w:tcPr>
          <w:p w14:paraId="07547A01" w14:textId="77777777" w:rsidR="00D62262" w:rsidRDefault="00D62262"/>
        </w:tc>
        <w:tc>
          <w:tcPr>
            <w:tcW w:w="1234" w:type="dxa"/>
          </w:tcPr>
          <w:p w14:paraId="5043CB0F" w14:textId="77777777" w:rsidR="00D62262" w:rsidRDefault="00D62262"/>
        </w:tc>
        <w:tc>
          <w:tcPr>
            <w:tcW w:w="1234" w:type="dxa"/>
          </w:tcPr>
          <w:p w14:paraId="07459315" w14:textId="77777777" w:rsidR="00D62262" w:rsidRDefault="00D62262"/>
        </w:tc>
        <w:tc>
          <w:tcPr>
            <w:tcW w:w="1234" w:type="dxa"/>
          </w:tcPr>
          <w:p w14:paraId="6537F28F" w14:textId="77777777" w:rsidR="00D62262" w:rsidRDefault="00D62262"/>
        </w:tc>
        <w:tc>
          <w:tcPr>
            <w:tcW w:w="1234" w:type="dxa"/>
          </w:tcPr>
          <w:p w14:paraId="6DFB9E20" w14:textId="77777777" w:rsidR="00D62262" w:rsidRDefault="00D62262"/>
        </w:tc>
        <w:tc>
          <w:tcPr>
            <w:tcW w:w="1234" w:type="dxa"/>
          </w:tcPr>
          <w:p w14:paraId="70DF9E56" w14:textId="77777777" w:rsidR="00D62262" w:rsidRDefault="00D62262"/>
        </w:tc>
      </w:tr>
      <w:tr w:rsidR="00D62262" w14:paraId="44E871BC" w14:textId="77777777" w:rsidTr="237F0DB7">
        <w:tc>
          <w:tcPr>
            <w:tcW w:w="1234" w:type="dxa"/>
          </w:tcPr>
          <w:p w14:paraId="144A5D23" w14:textId="77777777" w:rsidR="00D62262" w:rsidRDefault="00D62262"/>
        </w:tc>
        <w:tc>
          <w:tcPr>
            <w:tcW w:w="1234" w:type="dxa"/>
          </w:tcPr>
          <w:p w14:paraId="738610EB" w14:textId="77777777" w:rsidR="00D62262" w:rsidRDefault="00D62262"/>
        </w:tc>
        <w:tc>
          <w:tcPr>
            <w:tcW w:w="1234" w:type="dxa"/>
          </w:tcPr>
          <w:p w14:paraId="637805D2" w14:textId="77777777" w:rsidR="00D62262" w:rsidRDefault="00D62262"/>
        </w:tc>
        <w:tc>
          <w:tcPr>
            <w:tcW w:w="1234" w:type="dxa"/>
          </w:tcPr>
          <w:p w14:paraId="463F29E8" w14:textId="77777777" w:rsidR="00D62262" w:rsidRDefault="00D62262"/>
        </w:tc>
        <w:tc>
          <w:tcPr>
            <w:tcW w:w="1234" w:type="dxa"/>
          </w:tcPr>
          <w:p w14:paraId="3B7B4B86" w14:textId="77777777" w:rsidR="00D62262" w:rsidRDefault="00D62262"/>
        </w:tc>
        <w:tc>
          <w:tcPr>
            <w:tcW w:w="1234" w:type="dxa"/>
          </w:tcPr>
          <w:p w14:paraId="3A0FF5F2" w14:textId="77777777" w:rsidR="00D62262" w:rsidRDefault="00D62262"/>
        </w:tc>
        <w:tc>
          <w:tcPr>
            <w:tcW w:w="1234" w:type="dxa"/>
          </w:tcPr>
          <w:p w14:paraId="5630AD66" w14:textId="77777777" w:rsidR="00D62262" w:rsidRDefault="00D62262"/>
        </w:tc>
      </w:tr>
      <w:tr w:rsidR="00D62262" w14:paraId="61829076" w14:textId="77777777" w:rsidTr="237F0DB7">
        <w:tc>
          <w:tcPr>
            <w:tcW w:w="1234" w:type="dxa"/>
          </w:tcPr>
          <w:p w14:paraId="2BA226A1" w14:textId="77777777" w:rsidR="00D62262" w:rsidRDefault="00D62262"/>
        </w:tc>
        <w:tc>
          <w:tcPr>
            <w:tcW w:w="1234" w:type="dxa"/>
          </w:tcPr>
          <w:p w14:paraId="17AD93B2" w14:textId="77777777" w:rsidR="00D62262" w:rsidRDefault="00D62262"/>
        </w:tc>
        <w:tc>
          <w:tcPr>
            <w:tcW w:w="1234" w:type="dxa"/>
          </w:tcPr>
          <w:p w14:paraId="0DE4B5B7" w14:textId="77777777" w:rsidR="00D62262" w:rsidRDefault="00D62262"/>
        </w:tc>
        <w:tc>
          <w:tcPr>
            <w:tcW w:w="1234" w:type="dxa"/>
          </w:tcPr>
          <w:p w14:paraId="66204FF1" w14:textId="77777777" w:rsidR="00D62262" w:rsidRDefault="00D62262"/>
        </w:tc>
        <w:tc>
          <w:tcPr>
            <w:tcW w:w="1234" w:type="dxa"/>
          </w:tcPr>
          <w:p w14:paraId="2DBF0D7D" w14:textId="77777777" w:rsidR="00D62262" w:rsidRDefault="00D62262"/>
        </w:tc>
        <w:tc>
          <w:tcPr>
            <w:tcW w:w="1234" w:type="dxa"/>
          </w:tcPr>
          <w:p w14:paraId="6B62F1B3" w14:textId="77777777" w:rsidR="00D62262" w:rsidRDefault="00D62262"/>
        </w:tc>
        <w:tc>
          <w:tcPr>
            <w:tcW w:w="1234" w:type="dxa"/>
          </w:tcPr>
          <w:p w14:paraId="02F2C34E" w14:textId="77777777" w:rsidR="00D62262" w:rsidRDefault="00D62262"/>
        </w:tc>
      </w:tr>
      <w:tr w:rsidR="00D62262" w14:paraId="680A4E5D" w14:textId="77777777" w:rsidTr="237F0DB7">
        <w:tc>
          <w:tcPr>
            <w:tcW w:w="1234" w:type="dxa"/>
          </w:tcPr>
          <w:p w14:paraId="19219836" w14:textId="77777777" w:rsidR="00D62262" w:rsidRDefault="00D62262"/>
        </w:tc>
        <w:tc>
          <w:tcPr>
            <w:tcW w:w="1234" w:type="dxa"/>
          </w:tcPr>
          <w:p w14:paraId="296FEF7D" w14:textId="77777777" w:rsidR="00D62262" w:rsidRDefault="00D62262"/>
        </w:tc>
        <w:tc>
          <w:tcPr>
            <w:tcW w:w="1234" w:type="dxa"/>
          </w:tcPr>
          <w:p w14:paraId="7194DBDC" w14:textId="77777777" w:rsidR="00D62262" w:rsidRDefault="00D62262"/>
        </w:tc>
        <w:tc>
          <w:tcPr>
            <w:tcW w:w="1234" w:type="dxa"/>
          </w:tcPr>
          <w:p w14:paraId="769D0D3C" w14:textId="77777777" w:rsidR="00D62262" w:rsidRDefault="00D62262"/>
        </w:tc>
        <w:tc>
          <w:tcPr>
            <w:tcW w:w="1234" w:type="dxa"/>
          </w:tcPr>
          <w:p w14:paraId="54CD245A" w14:textId="77777777" w:rsidR="00D62262" w:rsidRDefault="00D62262"/>
        </w:tc>
        <w:tc>
          <w:tcPr>
            <w:tcW w:w="1234" w:type="dxa"/>
          </w:tcPr>
          <w:p w14:paraId="1231BE67" w14:textId="77777777" w:rsidR="00D62262" w:rsidRDefault="00D62262"/>
        </w:tc>
        <w:tc>
          <w:tcPr>
            <w:tcW w:w="1234" w:type="dxa"/>
          </w:tcPr>
          <w:p w14:paraId="36FEB5B0" w14:textId="77777777" w:rsidR="00D62262" w:rsidRDefault="00D62262"/>
        </w:tc>
      </w:tr>
      <w:tr w:rsidR="00D62262" w14:paraId="30D7AA69" w14:textId="77777777" w:rsidTr="237F0DB7">
        <w:tc>
          <w:tcPr>
            <w:tcW w:w="1234" w:type="dxa"/>
          </w:tcPr>
          <w:p w14:paraId="7196D064" w14:textId="77777777" w:rsidR="00D62262" w:rsidRDefault="00D62262"/>
        </w:tc>
        <w:tc>
          <w:tcPr>
            <w:tcW w:w="1234" w:type="dxa"/>
          </w:tcPr>
          <w:p w14:paraId="34FF1C98" w14:textId="77777777" w:rsidR="00D62262" w:rsidRDefault="00D62262"/>
        </w:tc>
        <w:tc>
          <w:tcPr>
            <w:tcW w:w="1234" w:type="dxa"/>
          </w:tcPr>
          <w:p w14:paraId="6D072C0D" w14:textId="77777777" w:rsidR="00D62262" w:rsidRDefault="00D62262"/>
        </w:tc>
        <w:tc>
          <w:tcPr>
            <w:tcW w:w="1234" w:type="dxa"/>
          </w:tcPr>
          <w:p w14:paraId="48A21919" w14:textId="77777777" w:rsidR="00D62262" w:rsidRDefault="00D62262"/>
        </w:tc>
        <w:tc>
          <w:tcPr>
            <w:tcW w:w="1234" w:type="dxa"/>
          </w:tcPr>
          <w:p w14:paraId="6BD18F9B" w14:textId="77777777" w:rsidR="00D62262" w:rsidRDefault="00D62262"/>
        </w:tc>
        <w:tc>
          <w:tcPr>
            <w:tcW w:w="1234" w:type="dxa"/>
          </w:tcPr>
          <w:p w14:paraId="238601FE" w14:textId="77777777" w:rsidR="00D62262" w:rsidRDefault="00D62262"/>
        </w:tc>
        <w:tc>
          <w:tcPr>
            <w:tcW w:w="1234" w:type="dxa"/>
          </w:tcPr>
          <w:p w14:paraId="0F3CABC7" w14:textId="77777777" w:rsidR="00D62262" w:rsidRDefault="00D62262"/>
        </w:tc>
      </w:tr>
    </w:tbl>
    <w:p w14:paraId="5B08B5D1" w14:textId="77777777" w:rsidR="00D62262" w:rsidRDefault="00D62262" w:rsidP="237F0DB7">
      <w:pPr>
        <w:rPr>
          <w:b/>
          <w:bCs/>
        </w:rPr>
      </w:pPr>
    </w:p>
    <w:tbl>
      <w:tblPr>
        <w:tblStyle w:val="TableGrid"/>
        <w:tblW w:w="0" w:type="auto"/>
        <w:tblLook w:val="04A0" w:firstRow="1" w:lastRow="0" w:firstColumn="1" w:lastColumn="0" w:noHBand="0" w:noVBand="1"/>
      </w:tblPr>
      <w:tblGrid>
        <w:gridCol w:w="4315"/>
        <w:gridCol w:w="4315"/>
      </w:tblGrid>
      <w:tr w:rsidR="00D62262" w14:paraId="632C4EA1" w14:textId="77777777" w:rsidTr="237F0DB7">
        <w:tc>
          <w:tcPr>
            <w:tcW w:w="4320" w:type="dxa"/>
          </w:tcPr>
          <w:p w14:paraId="4C67523D" w14:textId="46748635" w:rsidR="00D62262" w:rsidRDefault="237F0DB7" w:rsidP="237F0DB7">
            <w:pPr>
              <w:rPr>
                <w:b/>
                <w:bCs/>
              </w:rPr>
            </w:pPr>
            <w:r w:rsidRPr="237F0DB7">
              <w:rPr>
                <w:b/>
                <w:bCs/>
              </w:rPr>
              <w:t>Owner Checklist</w:t>
            </w:r>
          </w:p>
        </w:tc>
        <w:tc>
          <w:tcPr>
            <w:tcW w:w="4320" w:type="dxa"/>
          </w:tcPr>
          <w:p w14:paraId="68533AF2" w14:textId="77777777" w:rsidR="00D62262" w:rsidRDefault="237F0DB7" w:rsidP="237F0DB7">
            <w:pPr>
              <w:rPr>
                <w:b/>
                <w:bCs/>
              </w:rPr>
            </w:pPr>
            <w:r w:rsidRPr="237F0DB7">
              <w:rPr>
                <w:b/>
                <w:bCs/>
              </w:rPr>
              <w:t>Done</w:t>
            </w:r>
          </w:p>
        </w:tc>
      </w:tr>
      <w:tr w:rsidR="00D62262" w14:paraId="43546A10" w14:textId="77777777" w:rsidTr="237F0DB7">
        <w:tc>
          <w:tcPr>
            <w:tcW w:w="4320" w:type="dxa"/>
          </w:tcPr>
          <w:p w14:paraId="5C277615" w14:textId="77777777" w:rsidR="00D62262" w:rsidRDefault="00000000">
            <w:r>
              <w:t>Add phone calendar reminder</w:t>
            </w:r>
          </w:p>
        </w:tc>
        <w:tc>
          <w:tcPr>
            <w:tcW w:w="4320" w:type="dxa"/>
          </w:tcPr>
          <w:p w14:paraId="0D1C84E6" w14:textId="77777777" w:rsidR="00D62262" w:rsidRDefault="00000000">
            <w:r>
              <w:t>☐</w:t>
            </w:r>
          </w:p>
        </w:tc>
      </w:tr>
      <w:tr w:rsidR="00D62262" w14:paraId="1B62A1FD" w14:textId="77777777" w:rsidTr="237F0DB7">
        <w:tc>
          <w:tcPr>
            <w:tcW w:w="4320" w:type="dxa"/>
          </w:tcPr>
          <w:p w14:paraId="5ED8CDE5" w14:textId="77777777" w:rsidR="00D62262" w:rsidRDefault="00000000">
            <w:r>
              <w:t>Set email reminder</w:t>
            </w:r>
          </w:p>
        </w:tc>
        <w:tc>
          <w:tcPr>
            <w:tcW w:w="4320" w:type="dxa"/>
          </w:tcPr>
          <w:p w14:paraId="412DD878" w14:textId="77777777" w:rsidR="00D62262" w:rsidRDefault="00000000">
            <w:r>
              <w:t>☐</w:t>
            </w:r>
          </w:p>
        </w:tc>
      </w:tr>
      <w:tr w:rsidR="00D62262" w14:paraId="5ECD878A" w14:textId="77777777" w:rsidTr="237F0DB7">
        <w:tc>
          <w:tcPr>
            <w:tcW w:w="4320" w:type="dxa"/>
          </w:tcPr>
          <w:p w14:paraId="57385829" w14:textId="77777777" w:rsidR="00D62262" w:rsidRDefault="00000000">
            <w:r>
              <w:t>Book next appointment before leaving vet</w:t>
            </w:r>
          </w:p>
        </w:tc>
        <w:tc>
          <w:tcPr>
            <w:tcW w:w="4320" w:type="dxa"/>
          </w:tcPr>
          <w:p w14:paraId="4053F9D1" w14:textId="77777777" w:rsidR="00D62262" w:rsidRDefault="00000000">
            <w:r>
              <w:t>☐</w:t>
            </w:r>
          </w:p>
        </w:tc>
      </w:tr>
      <w:tr w:rsidR="00D62262" w14:paraId="784F72C9" w14:textId="77777777" w:rsidTr="237F0DB7">
        <w:tc>
          <w:tcPr>
            <w:tcW w:w="4320" w:type="dxa"/>
          </w:tcPr>
          <w:p w14:paraId="3868E40F" w14:textId="77777777" w:rsidR="00D62262" w:rsidRDefault="00000000">
            <w:r>
              <w:t>Save vet phone number</w:t>
            </w:r>
          </w:p>
        </w:tc>
        <w:tc>
          <w:tcPr>
            <w:tcW w:w="4320" w:type="dxa"/>
          </w:tcPr>
          <w:p w14:paraId="14E8EB90" w14:textId="77777777" w:rsidR="00D62262" w:rsidRDefault="00000000">
            <w:r>
              <w:t>☐</w:t>
            </w:r>
          </w:p>
        </w:tc>
      </w:tr>
      <w:tr w:rsidR="00D62262" w14:paraId="21B59DC8" w14:textId="77777777" w:rsidTr="237F0DB7">
        <w:tc>
          <w:tcPr>
            <w:tcW w:w="4320" w:type="dxa"/>
          </w:tcPr>
          <w:p w14:paraId="0565DF69" w14:textId="77777777" w:rsidR="00D62262" w:rsidRDefault="00000000">
            <w:r>
              <w:t>Check records every month</w:t>
            </w:r>
          </w:p>
        </w:tc>
        <w:tc>
          <w:tcPr>
            <w:tcW w:w="4320" w:type="dxa"/>
          </w:tcPr>
          <w:p w14:paraId="351D0424" w14:textId="77777777" w:rsidR="00D62262" w:rsidRDefault="00000000">
            <w:r>
              <w:t>☐</w:t>
            </w:r>
          </w:p>
        </w:tc>
      </w:tr>
    </w:tbl>
    <w:p w14:paraId="0C50171A" w14:textId="09E0229F" w:rsidR="237F0DB7" w:rsidRDefault="237F0DB7" w:rsidP="237F0DB7">
      <w:pPr>
        <w:rPr>
          <w:b/>
          <w:bCs/>
        </w:rPr>
      </w:pPr>
    </w:p>
    <w:p w14:paraId="35DAF846" w14:textId="77777777" w:rsidR="00D62262" w:rsidRDefault="00000000">
      <w:r>
        <w:rPr>
          <w:b/>
        </w:rPr>
        <w:t>Kitten Vaccination Schedule</w:t>
      </w:r>
    </w:p>
    <w:p w14:paraId="220A6467" w14:textId="105E78AA" w:rsidR="00D62262" w:rsidRPr="007E10AD" w:rsidRDefault="00000000">
      <w:r>
        <w:t>Many kittens receive core vaccines in a series starting around 8 to 9 weeks, followed by additional doses as advised by a veterinarian</w:t>
      </w:r>
      <w:r w:rsidR="00F82527">
        <w:t>, usually at 12 weeks</w:t>
      </w:r>
      <w:r>
        <w:t>.</w:t>
      </w:r>
      <w:r w:rsidR="0034024E">
        <w:t xml:space="preserve"> This </w:t>
      </w:r>
      <w:r w:rsidR="007E10AD">
        <w:t xml:space="preserve">is the </w:t>
      </w:r>
      <w:r w:rsidR="007E10AD">
        <w:rPr>
          <w:rStyle w:val="Strong"/>
          <w:rFonts w:cs="Arial"/>
          <w:color w:val="001D35"/>
          <w:shd w:val="clear" w:color="auto" w:fill="FFFFFF"/>
        </w:rPr>
        <w:t xml:space="preserve">FVRCP combination vaccine </w:t>
      </w:r>
      <w:r w:rsidR="00135CED">
        <w:rPr>
          <w:rStyle w:val="Strong"/>
          <w:rFonts w:cs="Arial"/>
          <w:b w:val="0"/>
          <w:bCs w:val="0"/>
          <w:color w:val="001D35"/>
          <w:shd w:val="clear" w:color="auto" w:fill="FFFFFF"/>
        </w:rPr>
        <w:t xml:space="preserve">providing protection </w:t>
      </w:r>
      <w:r w:rsidR="00135CED">
        <w:rPr>
          <w:rFonts w:cs="Arial"/>
          <w:color w:val="0A0A0A"/>
          <w:shd w:val="clear" w:color="auto" w:fill="FFFFFF"/>
        </w:rPr>
        <w:t>against feline viral rhinotracheitis, calicivirus, and panleukopenia (feline distemper)</w:t>
      </w:r>
    </w:p>
    <w:p w14:paraId="32E4D349" w14:textId="79DA2414" w:rsidR="00D62262" w:rsidRDefault="00000000">
      <w:r>
        <w:rPr>
          <w:b/>
        </w:rPr>
        <w:t>Adult Cat Booster Tracking</w:t>
      </w:r>
    </w:p>
    <w:p w14:paraId="75FD9984" w14:textId="202B17BD" w:rsidR="00D62262" w:rsidRDefault="00E2304B">
      <w:r>
        <w:t>Adult cat boosters a</w:t>
      </w:r>
      <w:r w:rsidR="00C1353F">
        <w:t xml:space="preserve">re </w:t>
      </w:r>
      <w:r w:rsidR="000B7AA6">
        <w:t xml:space="preserve">usually administered every year and will incorporate </w:t>
      </w:r>
      <w:r w:rsidR="000D6886">
        <w:t xml:space="preserve">general health checks. </w:t>
      </w:r>
      <w:r>
        <w:t>Record boosters immediately after each visit and schedule the next reminder before leaving the clinic.</w:t>
      </w:r>
    </w:p>
    <w:p w14:paraId="4095958F" w14:textId="77777777" w:rsidR="00D62262" w:rsidRDefault="00000000">
      <w:r>
        <w:rPr>
          <w:b/>
        </w:rPr>
        <w:t>How to Never Miss a Vaccine Again</w:t>
      </w:r>
    </w:p>
    <w:p w14:paraId="4FA6D75B" w14:textId="77777777" w:rsidR="00D62262" w:rsidRDefault="00000000">
      <w:r>
        <w:t>Use three reminders: calendar, email, and a vet appointment card. Keep this sheet updated after every visit.</w:t>
      </w:r>
    </w:p>
    <w:sectPr w:rsidR="00D62262"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BC64B1" w14:textId="77777777" w:rsidR="00C23A51" w:rsidRDefault="00C23A51" w:rsidP="00FC62B6">
      <w:pPr>
        <w:spacing w:after="0" w:line="240" w:lineRule="auto"/>
      </w:pPr>
      <w:r>
        <w:separator/>
      </w:r>
    </w:p>
  </w:endnote>
  <w:endnote w:type="continuationSeparator" w:id="0">
    <w:p w14:paraId="45756E35" w14:textId="77777777" w:rsidR="00C23A51" w:rsidRDefault="00C23A51" w:rsidP="00FC6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FFB51A" w14:textId="7E4743C1" w:rsidR="00D95372" w:rsidRDefault="00FB1CCF" w:rsidP="00A44765">
    <w:pPr>
      <w:pStyle w:val="Footer"/>
      <w:tabs>
        <w:tab w:val="clear" w:pos="4680"/>
        <w:tab w:val="clear" w:pos="9360"/>
        <w:tab w:val="right" w:pos="8640"/>
      </w:tabs>
    </w:pPr>
    <w:r>
      <w:t>Get your online digital pet records</w:t>
    </w:r>
    <w:r w:rsidR="00A44765">
      <w:tab/>
      <w:t>www.MyPetNet.co.uk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6A6757" w14:textId="77777777" w:rsidR="00C23A51" w:rsidRDefault="00C23A51" w:rsidP="00FC62B6">
      <w:pPr>
        <w:spacing w:after="0" w:line="240" w:lineRule="auto"/>
      </w:pPr>
      <w:r>
        <w:separator/>
      </w:r>
    </w:p>
  </w:footnote>
  <w:footnote w:type="continuationSeparator" w:id="0">
    <w:p w14:paraId="34C2EE2D" w14:textId="77777777" w:rsidR="00C23A51" w:rsidRDefault="00C23A51" w:rsidP="00FC6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CBAFB1" w14:textId="7187FB22" w:rsidR="00FC62B6" w:rsidRDefault="00FC62B6" w:rsidP="00FC62B6">
    <w:pPr>
      <w:pStyle w:val="Header"/>
      <w:jc w:val="center"/>
    </w:pPr>
    <w:r>
      <w:fldChar w:fldCharType="begin"/>
    </w:r>
    <w:r>
      <w:instrText xml:space="preserve"> INCLUDEPICTURE "https://mypetnet.co.uk/online/assets/mypetnet.png" \* MERGEFORMATINET </w:instrText>
    </w:r>
    <w:r>
      <w:fldChar w:fldCharType="separate"/>
    </w:r>
    <w:r>
      <w:rPr>
        <w:noProof/>
      </w:rPr>
      <w:drawing>
        <wp:inline distT="0" distB="0" distL="0" distR="0" wp14:anchorId="08BA4815" wp14:editId="6D6C035A">
          <wp:extent cx="761229" cy="557048"/>
          <wp:effectExtent l="0" t="0" r="1270" b="1905"/>
          <wp:docPr id="1238539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430" cy="592320"/>
                  </a:xfrm>
                  <a:prstGeom prst="rect">
                    <a:avLst/>
                  </a:prstGeom>
                  <a:noFill/>
                  <a:ln>
                    <a:noFill/>
                  </a:ln>
                </pic:spPr>
              </pic:pic>
            </a:graphicData>
          </a:graphic>
        </wp:inline>
      </w:drawing>
    </w:r>
    <w:r>
      <w:fldChar w:fldCharType="end"/>
    </w:r>
  </w:p>
  <w:p w14:paraId="069E3E65" w14:textId="77777777" w:rsidR="00FC62B6" w:rsidRDefault="00FC62B6" w:rsidP="00FC62B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7142238">
    <w:abstractNumId w:val="8"/>
  </w:num>
  <w:num w:numId="2" w16cid:durableId="244612149">
    <w:abstractNumId w:val="6"/>
  </w:num>
  <w:num w:numId="3" w16cid:durableId="462162228">
    <w:abstractNumId w:val="5"/>
  </w:num>
  <w:num w:numId="4" w16cid:durableId="321197310">
    <w:abstractNumId w:val="4"/>
  </w:num>
  <w:num w:numId="5" w16cid:durableId="1483765996">
    <w:abstractNumId w:val="7"/>
  </w:num>
  <w:num w:numId="6" w16cid:durableId="915015775">
    <w:abstractNumId w:val="3"/>
  </w:num>
  <w:num w:numId="7" w16cid:durableId="1474904215">
    <w:abstractNumId w:val="2"/>
  </w:num>
  <w:num w:numId="8" w16cid:durableId="1806849989">
    <w:abstractNumId w:val="1"/>
  </w:num>
  <w:num w:numId="9" w16cid:durableId="21143268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7AA6"/>
    <w:rsid w:val="000D6886"/>
    <w:rsid w:val="00135CED"/>
    <w:rsid w:val="0015074B"/>
    <w:rsid w:val="0019277E"/>
    <w:rsid w:val="0029639D"/>
    <w:rsid w:val="00301A18"/>
    <w:rsid w:val="00326F90"/>
    <w:rsid w:val="0034024E"/>
    <w:rsid w:val="005538C6"/>
    <w:rsid w:val="005D117D"/>
    <w:rsid w:val="007E10AD"/>
    <w:rsid w:val="0085238D"/>
    <w:rsid w:val="00A44765"/>
    <w:rsid w:val="00AA1D8D"/>
    <w:rsid w:val="00B47730"/>
    <w:rsid w:val="00C007E8"/>
    <w:rsid w:val="00C1353F"/>
    <w:rsid w:val="00C23A51"/>
    <w:rsid w:val="00CB0664"/>
    <w:rsid w:val="00D62262"/>
    <w:rsid w:val="00D95372"/>
    <w:rsid w:val="00E2304B"/>
    <w:rsid w:val="00F82527"/>
    <w:rsid w:val="00FB1CCF"/>
    <w:rsid w:val="00FC62B6"/>
    <w:rsid w:val="00FC693F"/>
    <w:rsid w:val="1CCDC4A7"/>
    <w:rsid w:val="237F0DB7"/>
    <w:rsid w:val="2A427E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81B13CD-BB78-4B60-AB92-5F6DAB25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193</Words>
  <Characters>1041</Characters>
  <Application>Microsoft Office Word</Application>
  <DocSecurity>0</DocSecurity>
  <Lines>112</Lines>
  <Paragraphs>28</Paragraphs>
  <ScaleCrop>false</ScaleCrop>
  <HeadingPairs>
    <vt:vector size="2" baseType="variant">
      <vt:variant>
        <vt:lpstr>Title</vt:lpstr>
      </vt:variant>
      <vt:variant>
        <vt:i4>1</vt:i4>
      </vt:variant>
    </vt:vector>
  </HeadingPairs>
  <TitlesOfParts>
    <vt:vector size="1" baseType="lpstr">
      <vt:lpstr/>
    </vt:vector>
  </TitlesOfParts>
  <Manager/>
  <Company>MyPetNet</Company>
  <LinksUpToDate>false</LinksUpToDate>
  <CharactersWithSpaces>1208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 vaccination schedule</dc:title>
  <dc:subject/>
  <dc:creator>MyPetNet</dc:creator>
  <cp:keywords/>
  <dc:description/>
  <cp:lastModifiedBy>Carl McLaren</cp:lastModifiedBy>
  <cp:revision>4</cp:revision>
  <cp:lastPrinted>2026-08-17T23:09:00Z</cp:lastPrinted>
  <dcterms:created xsi:type="dcterms:W3CDTF">2026-08-17T23:09:00Z</dcterms:created>
  <dcterms:modified xsi:type="dcterms:W3CDTF">2026-08-18T21:35:00Z</dcterms:modified>
  <cp:category/>
</cp:coreProperties>
</file>