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7FDCCDD4" wp14:textId="77777777">
      <w:pPr>
        <w:jc w:val="center"/>
      </w:pPr>
      <w:r>
        <w:rPr>
          <w:b/>
          <w:sz w:val="40"/>
        </w:rPr>
        <w:t>Kitten Health Record Template</w:t>
      </w:r>
    </w:p>
    <w:p xmlns:wp14="http://schemas.microsoft.com/office/word/2010/wordml" w14:paraId="4977D08D" wp14:textId="77777777">
      <w:r>
        <w:t>Keep all important kitten health, vaccination, growth, and veterinary information in one place.</w:t>
      </w:r>
    </w:p>
    <w:p xmlns:wp14="http://schemas.microsoft.com/office/word/2010/wordml" w14:paraId="562E55BB" wp14:textId="77777777">
      <w:pPr>
        <w:pStyle w:val="Heading1"/>
      </w:pPr>
      <w:r>
        <w:t>Kitten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xmlns:wp14="http://schemas.microsoft.com/office/word/2010/wordml" w14:paraId="6691B6CA" wp14:textId="77777777">
        <w:tc>
          <w:tcPr>
            <w:tcW w:w="4320" w:type="dxa"/>
          </w:tcPr>
          <w:p w14:paraId="32DD3DCE" wp14:textId="77777777">
            <w:r>
              <w:t>Kitten Name</w:t>
            </w:r>
          </w:p>
        </w:tc>
        <w:tc>
          <w:tcPr>
            <w:tcW w:w="4320" w:type="dxa"/>
          </w:tcPr>
          <w:p w14:paraId="672A6659" wp14:textId="77777777"/>
        </w:tc>
      </w:tr>
      <w:tr xmlns:wp14="http://schemas.microsoft.com/office/word/2010/wordml" w14:paraId="35FE71C0" wp14:textId="77777777">
        <w:tc>
          <w:tcPr>
            <w:tcW w:w="4320" w:type="dxa"/>
          </w:tcPr>
          <w:p w14:paraId="55664602" wp14:textId="77777777">
            <w:r>
              <w:t>Breed</w:t>
            </w:r>
          </w:p>
        </w:tc>
        <w:tc>
          <w:tcPr>
            <w:tcW w:w="4320" w:type="dxa"/>
          </w:tcPr>
          <w:p w14:paraId="0A37501D" wp14:textId="77777777"/>
        </w:tc>
      </w:tr>
      <w:tr xmlns:wp14="http://schemas.microsoft.com/office/word/2010/wordml" w14:paraId="4B39FEE2" wp14:textId="77777777">
        <w:tc>
          <w:tcPr>
            <w:tcW w:w="4320" w:type="dxa"/>
          </w:tcPr>
          <w:p w14:paraId="6371B7CE" wp14:textId="77777777">
            <w:r>
              <w:t>Date of Birth</w:t>
            </w:r>
          </w:p>
        </w:tc>
        <w:tc>
          <w:tcPr>
            <w:tcW w:w="4320" w:type="dxa"/>
          </w:tcPr>
          <w:p w14:paraId="5DAB6C7B" wp14:textId="77777777"/>
        </w:tc>
      </w:tr>
      <w:tr xmlns:wp14="http://schemas.microsoft.com/office/word/2010/wordml" w14:paraId="1A7FF3C2" wp14:textId="77777777">
        <w:tc>
          <w:tcPr>
            <w:tcW w:w="4320" w:type="dxa"/>
          </w:tcPr>
          <w:p w14:paraId="2CB22B78" wp14:textId="77777777">
            <w:r>
              <w:t>Sex</w:t>
            </w:r>
          </w:p>
        </w:tc>
        <w:tc>
          <w:tcPr>
            <w:tcW w:w="4320" w:type="dxa"/>
          </w:tcPr>
          <w:p w14:paraId="02EB378F" wp14:textId="77777777"/>
        </w:tc>
      </w:tr>
      <w:tr xmlns:wp14="http://schemas.microsoft.com/office/word/2010/wordml" w14:paraId="10390C5A" wp14:textId="77777777">
        <w:tc>
          <w:tcPr>
            <w:tcW w:w="4320" w:type="dxa"/>
          </w:tcPr>
          <w:p w14:paraId="0AD17759" wp14:textId="77777777">
            <w:r>
              <w:t>Colour/Markings</w:t>
            </w:r>
          </w:p>
        </w:tc>
        <w:tc>
          <w:tcPr>
            <w:tcW w:w="4320" w:type="dxa"/>
          </w:tcPr>
          <w:p w14:paraId="6A05A809" wp14:textId="77777777"/>
        </w:tc>
      </w:tr>
      <w:tr xmlns:wp14="http://schemas.microsoft.com/office/word/2010/wordml" w14:paraId="3BD839CA" wp14:textId="77777777">
        <w:tc>
          <w:tcPr>
            <w:tcW w:w="4320" w:type="dxa"/>
          </w:tcPr>
          <w:p w14:paraId="3792485F" wp14:textId="77777777">
            <w:r>
              <w:t>Microchip Number</w:t>
            </w:r>
          </w:p>
        </w:tc>
        <w:tc>
          <w:tcPr>
            <w:tcW w:w="4320" w:type="dxa"/>
          </w:tcPr>
          <w:p w14:paraId="5A39BBE3" wp14:textId="77777777"/>
        </w:tc>
      </w:tr>
      <w:tr xmlns:wp14="http://schemas.microsoft.com/office/word/2010/wordml" w14:paraId="3C28D392" wp14:textId="77777777">
        <w:tc>
          <w:tcPr>
            <w:tcW w:w="4320" w:type="dxa"/>
          </w:tcPr>
          <w:p w14:paraId="5549E142" wp14:textId="77777777">
            <w:r>
              <w:t>Insurance Provider</w:t>
            </w:r>
          </w:p>
        </w:tc>
        <w:tc>
          <w:tcPr>
            <w:tcW w:w="4320" w:type="dxa"/>
          </w:tcPr>
          <w:p w14:paraId="41C8F396" wp14:textId="77777777"/>
        </w:tc>
      </w:tr>
      <w:tr xmlns:wp14="http://schemas.microsoft.com/office/word/2010/wordml" w14:paraId="3BEA9495" wp14:textId="77777777">
        <w:tc>
          <w:tcPr>
            <w:tcW w:w="4320" w:type="dxa"/>
          </w:tcPr>
          <w:p w14:paraId="702FC54A" wp14:textId="77777777">
            <w:r>
              <w:t>Owner Name</w:t>
            </w:r>
          </w:p>
        </w:tc>
        <w:tc>
          <w:tcPr>
            <w:tcW w:w="4320" w:type="dxa"/>
          </w:tcPr>
          <w:p w14:paraId="72A3D3EC" wp14:textId="77777777"/>
        </w:tc>
      </w:tr>
      <w:tr xmlns:wp14="http://schemas.microsoft.com/office/word/2010/wordml" w14:paraId="69047E7B" wp14:textId="77777777">
        <w:tc>
          <w:tcPr>
            <w:tcW w:w="4320" w:type="dxa"/>
          </w:tcPr>
          <w:p w14:paraId="040DD275" wp14:textId="77777777">
            <w:r>
              <w:t>Phone</w:t>
            </w:r>
          </w:p>
        </w:tc>
        <w:tc>
          <w:tcPr>
            <w:tcW w:w="4320" w:type="dxa"/>
          </w:tcPr>
          <w:p w14:paraId="0D0B940D" wp14:textId="77777777"/>
        </w:tc>
      </w:tr>
      <w:tr xmlns:wp14="http://schemas.microsoft.com/office/word/2010/wordml" w14:paraId="03CA40FF" wp14:textId="77777777">
        <w:tc>
          <w:tcPr>
            <w:tcW w:w="4320" w:type="dxa"/>
          </w:tcPr>
          <w:p w14:paraId="3B3096D1" wp14:textId="77777777">
            <w:r>
              <w:t>Email</w:t>
            </w:r>
          </w:p>
        </w:tc>
        <w:tc>
          <w:tcPr>
            <w:tcW w:w="4320" w:type="dxa"/>
          </w:tcPr>
          <w:p w14:paraId="0E27B00A" wp14:textId="77777777"/>
        </w:tc>
      </w:tr>
    </w:tbl>
    <w:p xmlns:wp14="http://schemas.microsoft.com/office/word/2010/wordml" w14:paraId="1F417143" wp14:textId="77777777">
      <w:pPr>
        <w:pStyle w:val="Heading1"/>
      </w:pPr>
      <w:r>
        <w:t>Breeder / Rescue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xmlns:wp14="http://schemas.microsoft.com/office/word/2010/wordml" w14:paraId="0D909AED" wp14:textId="77777777">
        <w:tc>
          <w:tcPr>
            <w:tcW w:w="4320" w:type="dxa"/>
          </w:tcPr>
          <w:p w14:paraId="76CAFD79" wp14:textId="77777777">
            <w:r>
              <w:t>Name</w:t>
            </w:r>
          </w:p>
        </w:tc>
        <w:tc>
          <w:tcPr>
            <w:tcW w:w="4320" w:type="dxa"/>
          </w:tcPr>
          <w:p w14:paraId="60061E4C" wp14:textId="77777777"/>
        </w:tc>
      </w:tr>
      <w:tr xmlns:wp14="http://schemas.microsoft.com/office/word/2010/wordml" w14:paraId="47D2A083" wp14:textId="77777777">
        <w:tc>
          <w:tcPr>
            <w:tcW w:w="4320" w:type="dxa"/>
          </w:tcPr>
          <w:p w14:paraId="071CC085" wp14:textId="77777777">
            <w:r>
              <w:t>Address</w:t>
            </w:r>
          </w:p>
        </w:tc>
        <w:tc>
          <w:tcPr>
            <w:tcW w:w="4320" w:type="dxa"/>
          </w:tcPr>
          <w:p w14:paraId="44EAFD9C" wp14:textId="77777777"/>
        </w:tc>
      </w:tr>
      <w:tr xmlns:wp14="http://schemas.microsoft.com/office/word/2010/wordml" w14:paraId="78C8BCAF" wp14:textId="77777777">
        <w:tc>
          <w:tcPr>
            <w:tcW w:w="4320" w:type="dxa"/>
          </w:tcPr>
          <w:p w14:paraId="0EE365D3" wp14:textId="77777777">
            <w:r>
              <w:t>Contact Number</w:t>
            </w:r>
          </w:p>
        </w:tc>
        <w:tc>
          <w:tcPr>
            <w:tcW w:w="4320" w:type="dxa"/>
          </w:tcPr>
          <w:p w14:paraId="4B94D5A5" wp14:textId="77777777"/>
        </w:tc>
      </w:tr>
    </w:tbl>
    <w:p xmlns:wp14="http://schemas.microsoft.com/office/word/2010/wordml" w14:paraId="340E55E7" wp14:textId="77777777">
      <w:pPr>
        <w:pStyle w:val="Heading1"/>
      </w:pPr>
      <w:r>
        <w:t>Veterinary Practice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xmlns:wp14="http://schemas.microsoft.com/office/word/2010/wordml" w14:paraId="41E0174C" wp14:textId="77777777">
        <w:tc>
          <w:tcPr>
            <w:tcW w:w="4320" w:type="dxa"/>
          </w:tcPr>
          <w:p w14:paraId="34FDF134" wp14:textId="77777777">
            <w:r>
              <w:t>Practice Name</w:t>
            </w:r>
          </w:p>
        </w:tc>
        <w:tc>
          <w:tcPr>
            <w:tcW w:w="4320" w:type="dxa"/>
          </w:tcPr>
          <w:p w14:paraId="3DEEC669" wp14:textId="77777777"/>
        </w:tc>
      </w:tr>
      <w:tr xmlns:wp14="http://schemas.microsoft.com/office/word/2010/wordml" w14:paraId="2CD0A921" wp14:textId="77777777">
        <w:tc>
          <w:tcPr>
            <w:tcW w:w="4320" w:type="dxa"/>
          </w:tcPr>
          <w:p w14:paraId="62B991D7" wp14:textId="77777777">
            <w:r>
              <w:t>Vet Name</w:t>
            </w:r>
          </w:p>
        </w:tc>
        <w:tc>
          <w:tcPr>
            <w:tcW w:w="4320" w:type="dxa"/>
          </w:tcPr>
          <w:p w14:paraId="3656B9AB" wp14:textId="77777777"/>
        </w:tc>
      </w:tr>
      <w:tr xmlns:wp14="http://schemas.microsoft.com/office/word/2010/wordml" w14:paraId="6EFBAB85" wp14:textId="77777777">
        <w:tc>
          <w:tcPr>
            <w:tcW w:w="4320" w:type="dxa"/>
          </w:tcPr>
          <w:p w14:paraId="2CF6F7A5" wp14:textId="77777777">
            <w:r>
              <w:t>Phone</w:t>
            </w:r>
          </w:p>
        </w:tc>
        <w:tc>
          <w:tcPr>
            <w:tcW w:w="4320" w:type="dxa"/>
          </w:tcPr>
          <w:p w14:paraId="45FB0818" wp14:textId="77777777"/>
        </w:tc>
      </w:tr>
      <w:tr xmlns:wp14="http://schemas.microsoft.com/office/word/2010/wordml" w14:paraId="6499BA3E" wp14:textId="77777777">
        <w:tc>
          <w:tcPr>
            <w:tcW w:w="4320" w:type="dxa"/>
          </w:tcPr>
          <w:p w14:paraId="128DC43F" wp14:textId="77777777">
            <w:r>
              <w:t>Address</w:t>
            </w:r>
          </w:p>
        </w:tc>
        <w:tc>
          <w:tcPr>
            <w:tcW w:w="4320" w:type="dxa"/>
          </w:tcPr>
          <w:p w14:paraId="049F31CB" wp14:textId="77777777"/>
        </w:tc>
      </w:tr>
    </w:tbl>
    <w:p xmlns:wp14="http://schemas.microsoft.com/office/word/2010/wordml" w14:paraId="53128261" wp14:textId="77777777">
      <w:r>
        <w:br w:type="page"/>
      </w:r>
    </w:p>
    <w:p xmlns:wp14="http://schemas.microsoft.com/office/word/2010/wordml" w14:paraId="52C7D8D8" wp14:textId="77777777">
      <w:pPr>
        <w:pStyle w:val="Heading1"/>
      </w:pPr>
      <w:r>
        <w:t>Vaccination Record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xmlns:wp14="http://schemas.microsoft.com/office/word/2010/wordml" w14:paraId="5DA9EDD8" wp14:textId="77777777">
        <w:tc>
          <w:tcPr>
            <w:tcW w:w="1728" w:type="dxa"/>
          </w:tcPr>
          <w:p w14:paraId="491072FA" wp14:textId="77777777">
            <w:r>
              <w:t>Date</w:t>
            </w:r>
          </w:p>
        </w:tc>
        <w:tc>
          <w:tcPr>
            <w:tcW w:w="1728" w:type="dxa"/>
          </w:tcPr>
          <w:p w14:paraId="2993C3E0" wp14:textId="77777777">
            <w:r>
              <w:t>Vaccine</w:t>
            </w:r>
          </w:p>
        </w:tc>
        <w:tc>
          <w:tcPr>
            <w:tcW w:w="1728" w:type="dxa"/>
          </w:tcPr>
          <w:p w14:paraId="442AC7EB" wp14:textId="77777777">
            <w:r>
              <w:t>Batch No.</w:t>
            </w:r>
          </w:p>
        </w:tc>
        <w:tc>
          <w:tcPr>
            <w:tcW w:w="1728" w:type="dxa"/>
          </w:tcPr>
          <w:p w14:paraId="007F5CA8" wp14:textId="77777777">
            <w:r>
              <w:t>Vet</w:t>
            </w:r>
          </w:p>
        </w:tc>
        <w:tc>
          <w:tcPr>
            <w:tcW w:w="1728" w:type="dxa"/>
          </w:tcPr>
          <w:p w14:paraId="51E91FB0" wp14:textId="77777777">
            <w:r>
              <w:t>Next Due</w:t>
            </w:r>
          </w:p>
        </w:tc>
      </w:tr>
      <w:tr xmlns:wp14="http://schemas.microsoft.com/office/word/2010/wordml" w14:paraId="62486C05" wp14:textId="77777777">
        <w:tc>
          <w:tcPr>
            <w:tcW w:w="1728" w:type="dxa"/>
          </w:tcPr>
          <w:p w14:paraId="4101652C" wp14:textId="77777777"/>
        </w:tc>
        <w:tc>
          <w:tcPr>
            <w:tcW w:w="1728" w:type="dxa"/>
          </w:tcPr>
          <w:p w14:paraId="4B99056E" wp14:textId="77777777"/>
        </w:tc>
        <w:tc>
          <w:tcPr>
            <w:tcW w:w="1728" w:type="dxa"/>
          </w:tcPr>
          <w:p w14:paraId="1299C43A" wp14:textId="77777777"/>
        </w:tc>
        <w:tc>
          <w:tcPr>
            <w:tcW w:w="1728" w:type="dxa"/>
          </w:tcPr>
          <w:p w14:paraId="4DDBEF00" wp14:textId="77777777"/>
        </w:tc>
        <w:tc>
          <w:tcPr>
            <w:tcW w:w="1728" w:type="dxa"/>
          </w:tcPr>
          <w:p w14:paraId="3461D779" wp14:textId="77777777"/>
        </w:tc>
      </w:tr>
      <w:tr xmlns:wp14="http://schemas.microsoft.com/office/word/2010/wordml" w14:paraId="3CF2D8B6" wp14:textId="77777777">
        <w:tc>
          <w:tcPr>
            <w:tcW w:w="1728" w:type="dxa"/>
          </w:tcPr>
          <w:p w14:paraId="0FB78278" wp14:textId="77777777"/>
        </w:tc>
        <w:tc>
          <w:tcPr>
            <w:tcW w:w="1728" w:type="dxa"/>
          </w:tcPr>
          <w:p w14:paraId="1FC39945" wp14:textId="77777777"/>
        </w:tc>
        <w:tc>
          <w:tcPr>
            <w:tcW w:w="1728" w:type="dxa"/>
          </w:tcPr>
          <w:p w14:paraId="0562CB0E" wp14:textId="77777777"/>
        </w:tc>
        <w:tc>
          <w:tcPr>
            <w:tcW w:w="1728" w:type="dxa"/>
          </w:tcPr>
          <w:p w14:paraId="34CE0A41" wp14:textId="77777777"/>
        </w:tc>
        <w:tc>
          <w:tcPr>
            <w:tcW w:w="1728" w:type="dxa"/>
          </w:tcPr>
          <w:p w14:paraId="62EBF3C5" wp14:textId="77777777"/>
        </w:tc>
      </w:tr>
      <w:tr xmlns:wp14="http://schemas.microsoft.com/office/word/2010/wordml" w14:paraId="6D98A12B" wp14:textId="77777777">
        <w:tc>
          <w:tcPr>
            <w:tcW w:w="1728" w:type="dxa"/>
          </w:tcPr>
          <w:p w14:paraId="2946DB82" wp14:textId="77777777"/>
        </w:tc>
        <w:tc>
          <w:tcPr>
            <w:tcW w:w="1728" w:type="dxa"/>
          </w:tcPr>
          <w:p w14:paraId="5997CC1D" wp14:textId="77777777"/>
        </w:tc>
        <w:tc>
          <w:tcPr>
            <w:tcW w:w="1728" w:type="dxa"/>
          </w:tcPr>
          <w:p w14:paraId="110FFD37" wp14:textId="77777777"/>
        </w:tc>
        <w:tc>
          <w:tcPr>
            <w:tcW w:w="1728" w:type="dxa"/>
          </w:tcPr>
          <w:p w14:paraId="6B699379" wp14:textId="77777777"/>
        </w:tc>
        <w:tc>
          <w:tcPr>
            <w:tcW w:w="1728" w:type="dxa"/>
          </w:tcPr>
          <w:p w14:paraId="3FE9F23F" wp14:textId="77777777"/>
        </w:tc>
      </w:tr>
      <w:tr xmlns:wp14="http://schemas.microsoft.com/office/word/2010/wordml" w14:paraId="1F72F646" wp14:textId="77777777">
        <w:tc>
          <w:tcPr>
            <w:tcW w:w="1728" w:type="dxa"/>
          </w:tcPr>
          <w:p w14:paraId="08CE6F91" wp14:textId="77777777"/>
        </w:tc>
        <w:tc>
          <w:tcPr>
            <w:tcW w:w="1728" w:type="dxa"/>
          </w:tcPr>
          <w:p w14:paraId="61CDCEAD" wp14:textId="77777777"/>
        </w:tc>
        <w:tc>
          <w:tcPr>
            <w:tcW w:w="1728" w:type="dxa"/>
          </w:tcPr>
          <w:p w14:paraId="6BB9E253" wp14:textId="77777777"/>
        </w:tc>
        <w:tc>
          <w:tcPr>
            <w:tcW w:w="1728" w:type="dxa"/>
          </w:tcPr>
          <w:p w14:paraId="23DE523C" wp14:textId="77777777"/>
        </w:tc>
        <w:tc>
          <w:tcPr>
            <w:tcW w:w="1728" w:type="dxa"/>
          </w:tcPr>
          <w:p w14:paraId="52E56223" wp14:textId="77777777"/>
        </w:tc>
      </w:tr>
      <w:tr xmlns:wp14="http://schemas.microsoft.com/office/word/2010/wordml" w14:paraId="07547A01" wp14:textId="77777777">
        <w:tc>
          <w:tcPr>
            <w:tcW w:w="1728" w:type="dxa"/>
          </w:tcPr>
          <w:p w14:paraId="5043CB0F" wp14:textId="77777777"/>
        </w:tc>
        <w:tc>
          <w:tcPr>
            <w:tcW w:w="1728" w:type="dxa"/>
          </w:tcPr>
          <w:p w14:paraId="07459315" wp14:textId="77777777"/>
        </w:tc>
        <w:tc>
          <w:tcPr>
            <w:tcW w:w="1728" w:type="dxa"/>
          </w:tcPr>
          <w:p w14:paraId="6537F28F" wp14:textId="77777777"/>
        </w:tc>
        <w:tc>
          <w:tcPr>
            <w:tcW w:w="1728" w:type="dxa"/>
          </w:tcPr>
          <w:p w14:paraId="6DFB9E20" wp14:textId="77777777"/>
        </w:tc>
        <w:tc>
          <w:tcPr>
            <w:tcW w:w="1728" w:type="dxa"/>
          </w:tcPr>
          <w:p w14:paraId="70DF9E56" wp14:textId="77777777"/>
        </w:tc>
      </w:tr>
      <w:tr xmlns:wp14="http://schemas.microsoft.com/office/word/2010/wordml" w14:paraId="44E871BC" wp14:textId="77777777">
        <w:tc>
          <w:tcPr>
            <w:tcW w:w="1728" w:type="dxa"/>
          </w:tcPr>
          <w:p w14:paraId="144A5D23" wp14:textId="77777777"/>
        </w:tc>
        <w:tc>
          <w:tcPr>
            <w:tcW w:w="1728" w:type="dxa"/>
          </w:tcPr>
          <w:p w14:paraId="738610EB" wp14:textId="77777777"/>
        </w:tc>
        <w:tc>
          <w:tcPr>
            <w:tcW w:w="1728" w:type="dxa"/>
          </w:tcPr>
          <w:p w14:paraId="637805D2" wp14:textId="77777777"/>
        </w:tc>
        <w:tc>
          <w:tcPr>
            <w:tcW w:w="1728" w:type="dxa"/>
          </w:tcPr>
          <w:p w14:paraId="463F29E8" wp14:textId="77777777"/>
        </w:tc>
        <w:tc>
          <w:tcPr>
            <w:tcW w:w="1728" w:type="dxa"/>
          </w:tcPr>
          <w:p w14:paraId="3B7B4B86" wp14:textId="77777777"/>
        </w:tc>
      </w:tr>
      <w:tr xmlns:wp14="http://schemas.microsoft.com/office/word/2010/wordml" w14:paraId="3A0FF5F2" wp14:textId="77777777">
        <w:tc>
          <w:tcPr>
            <w:tcW w:w="1728" w:type="dxa"/>
          </w:tcPr>
          <w:p w14:paraId="5630AD66" wp14:textId="77777777"/>
        </w:tc>
        <w:tc>
          <w:tcPr>
            <w:tcW w:w="1728" w:type="dxa"/>
          </w:tcPr>
          <w:p w14:paraId="61829076" wp14:textId="77777777"/>
        </w:tc>
        <w:tc>
          <w:tcPr>
            <w:tcW w:w="1728" w:type="dxa"/>
          </w:tcPr>
          <w:p w14:paraId="2BA226A1" wp14:textId="77777777"/>
        </w:tc>
        <w:tc>
          <w:tcPr>
            <w:tcW w:w="1728" w:type="dxa"/>
          </w:tcPr>
          <w:p w14:paraId="17AD93B2" wp14:textId="77777777"/>
        </w:tc>
        <w:tc>
          <w:tcPr>
            <w:tcW w:w="1728" w:type="dxa"/>
          </w:tcPr>
          <w:p w14:paraId="0DE4B5B7" wp14:textId="77777777"/>
        </w:tc>
      </w:tr>
      <w:tr xmlns:wp14="http://schemas.microsoft.com/office/word/2010/wordml" w14:paraId="66204FF1" wp14:textId="77777777">
        <w:tc>
          <w:tcPr>
            <w:tcW w:w="1728" w:type="dxa"/>
          </w:tcPr>
          <w:p w14:paraId="2DBF0D7D" wp14:textId="77777777"/>
        </w:tc>
        <w:tc>
          <w:tcPr>
            <w:tcW w:w="1728" w:type="dxa"/>
          </w:tcPr>
          <w:p w14:paraId="6B62F1B3" wp14:textId="77777777"/>
        </w:tc>
        <w:tc>
          <w:tcPr>
            <w:tcW w:w="1728" w:type="dxa"/>
          </w:tcPr>
          <w:p w14:paraId="02F2C34E" wp14:textId="77777777"/>
        </w:tc>
        <w:tc>
          <w:tcPr>
            <w:tcW w:w="1728" w:type="dxa"/>
          </w:tcPr>
          <w:p w14:paraId="680A4E5D" wp14:textId="77777777"/>
        </w:tc>
        <w:tc>
          <w:tcPr>
            <w:tcW w:w="1728" w:type="dxa"/>
          </w:tcPr>
          <w:p w14:paraId="19219836" wp14:textId="77777777"/>
        </w:tc>
      </w:tr>
      <w:tr xmlns:wp14="http://schemas.microsoft.com/office/word/2010/wordml" w14:paraId="296FEF7D" wp14:textId="77777777">
        <w:tc>
          <w:tcPr>
            <w:tcW w:w="1728" w:type="dxa"/>
          </w:tcPr>
          <w:p w14:paraId="7194DBDC" wp14:textId="77777777"/>
        </w:tc>
        <w:tc>
          <w:tcPr>
            <w:tcW w:w="1728" w:type="dxa"/>
          </w:tcPr>
          <w:p w14:paraId="769D0D3C" wp14:textId="77777777"/>
        </w:tc>
        <w:tc>
          <w:tcPr>
            <w:tcW w:w="1728" w:type="dxa"/>
          </w:tcPr>
          <w:p w14:paraId="54CD245A" wp14:textId="77777777"/>
        </w:tc>
        <w:tc>
          <w:tcPr>
            <w:tcW w:w="1728" w:type="dxa"/>
          </w:tcPr>
          <w:p w14:paraId="1231BE67" wp14:textId="77777777"/>
        </w:tc>
        <w:tc>
          <w:tcPr>
            <w:tcW w:w="1728" w:type="dxa"/>
          </w:tcPr>
          <w:p w14:paraId="36FEB5B0" wp14:textId="77777777"/>
        </w:tc>
      </w:tr>
      <w:tr xmlns:wp14="http://schemas.microsoft.com/office/word/2010/wordml" w14:paraId="30D7AA69" wp14:textId="77777777">
        <w:tc>
          <w:tcPr>
            <w:tcW w:w="1728" w:type="dxa"/>
          </w:tcPr>
          <w:p w14:paraId="7196D064" wp14:textId="77777777"/>
        </w:tc>
        <w:tc>
          <w:tcPr>
            <w:tcW w:w="1728" w:type="dxa"/>
          </w:tcPr>
          <w:p w14:paraId="34FF1C98" wp14:textId="77777777"/>
        </w:tc>
        <w:tc>
          <w:tcPr>
            <w:tcW w:w="1728" w:type="dxa"/>
          </w:tcPr>
          <w:p w14:paraId="6D072C0D" wp14:textId="77777777"/>
        </w:tc>
        <w:tc>
          <w:tcPr>
            <w:tcW w:w="1728" w:type="dxa"/>
          </w:tcPr>
          <w:p w14:paraId="48A21919" wp14:textId="77777777"/>
        </w:tc>
        <w:tc>
          <w:tcPr>
            <w:tcW w:w="1728" w:type="dxa"/>
          </w:tcPr>
          <w:p w14:paraId="6BD18F9B" wp14:textId="77777777"/>
        </w:tc>
      </w:tr>
    </w:tbl>
    <w:p xmlns:wp14="http://schemas.microsoft.com/office/word/2010/wordml" w14:paraId="0403DC2B" wp14:textId="77777777">
      <w:pPr>
        <w:pStyle w:val="Heading1"/>
      </w:pPr>
      <w:r>
        <w:t>Worming Record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xmlns:wp14="http://schemas.microsoft.com/office/word/2010/wordml" w14:paraId="65BB5A76" wp14:textId="77777777">
        <w:tc>
          <w:tcPr>
            <w:tcW w:w="2160" w:type="dxa"/>
          </w:tcPr>
          <w:p w14:paraId="5F3F821A" wp14:textId="77777777">
            <w:r>
              <w:t>Date</w:t>
            </w:r>
          </w:p>
        </w:tc>
        <w:tc>
          <w:tcPr>
            <w:tcW w:w="2160" w:type="dxa"/>
          </w:tcPr>
          <w:p w14:paraId="34FB80BF" wp14:textId="77777777">
            <w:r>
              <w:t>Product</w:t>
            </w:r>
          </w:p>
        </w:tc>
        <w:tc>
          <w:tcPr>
            <w:tcW w:w="2160" w:type="dxa"/>
          </w:tcPr>
          <w:p w14:paraId="09366EDE" wp14:textId="77777777">
            <w:r>
              <w:t>Dosage</w:t>
            </w:r>
          </w:p>
        </w:tc>
        <w:tc>
          <w:tcPr>
            <w:tcW w:w="2160" w:type="dxa"/>
          </w:tcPr>
          <w:p w14:paraId="3F43B0D5" wp14:textId="77777777">
            <w:r>
              <w:t>Next Due</w:t>
            </w:r>
          </w:p>
        </w:tc>
      </w:tr>
      <w:tr xmlns:wp14="http://schemas.microsoft.com/office/word/2010/wordml" w14:paraId="238601FE" wp14:textId="77777777">
        <w:tc>
          <w:tcPr>
            <w:tcW w:w="2160" w:type="dxa"/>
          </w:tcPr>
          <w:p w14:paraId="0F3CABC7" wp14:textId="77777777"/>
        </w:tc>
        <w:tc>
          <w:tcPr>
            <w:tcW w:w="2160" w:type="dxa"/>
          </w:tcPr>
          <w:p w14:paraId="5B08B5D1" wp14:textId="77777777"/>
        </w:tc>
        <w:tc>
          <w:tcPr>
            <w:tcW w:w="2160" w:type="dxa"/>
          </w:tcPr>
          <w:p w14:paraId="16DEB4AB" wp14:textId="77777777"/>
        </w:tc>
        <w:tc>
          <w:tcPr>
            <w:tcW w:w="2160" w:type="dxa"/>
          </w:tcPr>
          <w:p w14:paraId="0AD9C6F4" wp14:textId="77777777"/>
        </w:tc>
      </w:tr>
      <w:tr xmlns:wp14="http://schemas.microsoft.com/office/word/2010/wordml" w14:paraId="4B1F511A" wp14:textId="77777777">
        <w:tc>
          <w:tcPr>
            <w:tcW w:w="2160" w:type="dxa"/>
          </w:tcPr>
          <w:p w14:paraId="65F9C3DC" wp14:textId="77777777"/>
        </w:tc>
        <w:tc>
          <w:tcPr>
            <w:tcW w:w="2160" w:type="dxa"/>
          </w:tcPr>
          <w:p w14:paraId="5023141B" wp14:textId="77777777"/>
        </w:tc>
        <w:tc>
          <w:tcPr>
            <w:tcW w:w="2160" w:type="dxa"/>
          </w:tcPr>
          <w:p w14:paraId="1F3B1409" wp14:textId="77777777"/>
        </w:tc>
        <w:tc>
          <w:tcPr>
            <w:tcW w:w="2160" w:type="dxa"/>
          </w:tcPr>
          <w:p w14:paraId="562C75D1" wp14:textId="77777777"/>
        </w:tc>
      </w:tr>
      <w:tr xmlns:wp14="http://schemas.microsoft.com/office/word/2010/wordml" w14:paraId="664355AD" wp14:textId="77777777">
        <w:tc>
          <w:tcPr>
            <w:tcW w:w="2160" w:type="dxa"/>
          </w:tcPr>
          <w:p w14:paraId="1A965116" wp14:textId="77777777"/>
        </w:tc>
        <w:tc>
          <w:tcPr>
            <w:tcW w:w="2160" w:type="dxa"/>
          </w:tcPr>
          <w:p w14:paraId="7DF4E37C" wp14:textId="77777777"/>
        </w:tc>
        <w:tc>
          <w:tcPr>
            <w:tcW w:w="2160" w:type="dxa"/>
          </w:tcPr>
          <w:p w14:paraId="44FB30F8" wp14:textId="77777777"/>
        </w:tc>
        <w:tc>
          <w:tcPr>
            <w:tcW w:w="2160" w:type="dxa"/>
          </w:tcPr>
          <w:p w14:paraId="1DA6542E" wp14:textId="77777777"/>
        </w:tc>
      </w:tr>
      <w:tr xmlns:wp14="http://schemas.microsoft.com/office/word/2010/wordml" w14:paraId="3041E394" wp14:textId="77777777">
        <w:tc>
          <w:tcPr>
            <w:tcW w:w="2160" w:type="dxa"/>
          </w:tcPr>
          <w:p w14:paraId="722B00AE" wp14:textId="77777777"/>
        </w:tc>
        <w:tc>
          <w:tcPr>
            <w:tcW w:w="2160" w:type="dxa"/>
          </w:tcPr>
          <w:p w14:paraId="42C6D796" wp14:textId="77777777"/>
        </w:tc>
        <w:tc>
          <w:tcPr>
            <w:tcW w:w="2160" w:type="dxa"/>
          </w:tcPr>
          <w:p w14:paraId="6E1831B3" wp14:textId="77777777"/>
        </w:tc>
        <w:tc>
          <w:tcPr>
            <w:tcW w:w="2160" w:type="dxa"/>
          </w:tcPr>
          <w:p w14:paraId="54E11D2A" wp14:textId="77777777"/>
        </w:tc>
      </w:tr>
      <w:tr xmlns:wp14="http://schemas.microsoft.com/office/word/2010/wordml" w14:paraId="31126E5D" wp14:textId="77777777">
        <w:tc>
          <w:tcPr>
            <w:tcW w:w="2160" w:type="dxa"/>
          </w:tcPr>
          <w:p w14:paraId="2DE403A5" wp14:textId="77777777"/>
        </w:tc>
        <w:tc>
          <w:tcPr>
            <w:tcW w:w="2160" w:type="dxa"/>
          </w:tcPr>
          <w:p w14:paraId="62431CDC" wp14:textId="77777777"/>
        </w:tc>
        <w:tc>
          <w:tcPr>
            <w:tcW w:w="2160" w:type="dxa"/>
          </w:tcPr>
          <w:p w14:paraId="49E398E2" wp14:textId="77777777"/>
        </w:tc>
        <w:tc>
          <w:tcPr>
            <w:tcW w:w="2160" w:type="dxa"/>
          </w:tcPr>
          <w:p w14:paraId="16287F21" wp14:textId="77777777"/>
        </w:tc>
      </w:tr>
      <w:tr xmlns:wp14="http://schemas.microsoft.com/office/word/2010/wordml" w14:paraId="5BE93A62" wp14:textId="77777777">
        <w:tc>
          <w:tcPr>
            <w:tcW w:w="2160" w:type="dxa"/>
          </w:tcPr>
          <w:p w14:paraId="384BA73E" wp14:textId="77777777"/>
        </w:tc>
        <w:tc>
          <w:tcPr>
            <w:tcW w:w="2160" w:type="dxa"/>
          </w:tcPr>
          <w:p w14:paraId="34B3F2EB" wp14:textId="77777777"/>
        </w:tc>
        <w:tc>
          <w:tcPr>
            <w:tcW w:w="2160" w:type="dxa"/>
          </w:tcPr>
          <w:p w14:paraId="7D34F5C7" wp14:textId="77777777"/>
        </w:tc>
        <w:tc>
          <w:tcPr>
            <w:tcW w:w="2160" w:type="dxa"/>
          </w:tcPr>
          <w:p w14:paraId="0B4020A7" wp14:textId="77777777"/>
        </w:tc>
      </w:tr>
      <w:tr xmlns:wp14="http://schemas.microsoft.com/office/word/2010/wordml" w14:paraId="1D7B270A" wp14:textId="77777777">
        <w:tc>
          <w:tcPr>
            <w:tcW w:w="2160" w:type="dxa"/>
          </w:tcPr>
          <w:p w14:paraId="4F904CB7" wp14:textId="77777777"/>
        </w:tc>
        <w:tc>
          <w:tcPr>
            <w:tcW w:w="2160" w:type="dxa"/>
          </w:tcPr>
          <w:p w14:paraId="06971CD3" wp14:textId="77777777"/>
        </w:tc>
        <w:tc>
          <w:tcPr>
            <w:tcW w:w="2160" w:type="dxa"/>
          </w:tcPr>
          <w:p w14:paraId="2A1F701D" wp14:textId="77777777"/>
        </w:tc>
        <w:tc>
          <w:tcPr>
            <w:tcW w:w="2160" w:type="dxa"/>
          </w:tcPr>
          <w:p w14:paraId="03EFCA41" wp14:textId="77777777"/>
        </w:tc>
      </w:tr>
      <w:tr xmlns:wp14="http://schemas.microsoft.com/office/word/2010/wordml" w14:paraId="5F96A722" wp14:textId="77777777">
        <w:tc>
          <w:tcPr>
            <w:tcW w:w="2160" w:type="dxa"/>
          </w:tcPr>
          <w:p w14:paraId="5B95CD12" wp14:textId="77777777"/>
        </w:tc>
        <w:tc>
          <w:tcPr>
            <w:tcW w:w="2160" w:type="dxa"/>
          </w:tcPr>
          <w:p w14:paraId="5220BBB2" wp14:textId="77777777"/>
        </w:tc>
        <w:tc>
          <w:tcPr>
            <w:tcW w:w="2160" w:type="dxa"/>
          </w:tcPr>
          <w:p w14:paraId="13CB595B" wp14:textId="77777777"/>
        </w:tc>
        <w:tc>
          <w:tcPr>
            <w:tcW w:w="2160" w:type="dxa"/>
          </w:tcPr>
          <w:p w14:paraId="6D9C8D39" wp14:textId="77777777"/>
        </w:tc>
      </w:tr>
    </w:tbl>
    <w:p xmlns:wp14="http://schemas.microsoft.com/office/word/2010/wordml" w14:paraId="213346B5" wp14:textId="77777777">
      <w:pPr>
        <w:pStyle w:val="Heading1"/>
      </w:pPr>
      <w:r>
        <w:t>Flea Treatment Record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xmlns:wp14="http://schemas.microsoft.com/office/word/2010/wordml" w14:paraId="0E0D409D" wp14:textId="77777777">
        <w:tc>
          <w:tcPr>
            <w:tcW w:w="2160" w:type="dxa"/>
          </w:tcPr>
          <w:p w14:paraId="6ECD21A2" wp14:textId="77777777">
            <w:r>
              <w:t>Date</w:t>
            </w:r>
          </w:p>
        </w:tc>
        <w:tc>
          <w:tcPr>
            <w:tcW w:w="2160" w:type="dxa"/>
          </w:tcPr>
          <w:p w14:paraId="58A7354C" wp14:textId="77777777">
            <w:r>
              <w:t>Product</w:t>
            </w:r>
          </w:p>
        </w:tc>
        <w:tc>
          <w:tcPr>
            <w:tcW w:w="2160" w:type="dxa"/>
          </w:tcPr>
          <w:p w14:paraId="59979BAF" wp14:textId="77777777">
            <w:r>
              <w:t>Dosage</w:t>
            </w:r>
          </w:p>
        </w:tc>
        <w:tc>
          <w:tcPr>
            <w:tcW w:w="2160" w:type="dxa"/>
          </w:tcPr>
          <w:p w14:paraId="0917A931" wp14:textId="77777777">
            <w:r>
              <w:t>Next Due</w:t>
            </w:r>
          </w:p>
        </w:tc>
      </w:tr>
      <w:tr xmlns:wp14="http://schemas.microsoft.com/office/word/2010/wordml" w14:paraId="675E05EE" wp14:textId="77777777">
        <w:tc>
          <w:tcPr>
            <w:tcW w:w="2160" w:type="dxa"/>
          </w:tcPr>
          <w:p w14:paraId="2FC17F8B" wp14:textId="77777777"/>
        </w:tc>
        <w:tc>
          <w:tcPr>
            <w:tcW w:w="2160" w:type="dxa"/>
          </w:tcPr>
          <w:p w14:paraId="0A4F7224" wp14:textId="77777777"/>
        </w:tc>
        <w:tc>
          <w:tcPr>
            <w:tcW w:w="2160" w:type="dxa"/>
          </w:tcPr>
          <w:p w14:paraId="5AE48A43" wp14:textId="77777777"/>
        </w:tc>
        <w:tc>
          <w:tcPr>
            <w:tcW w:w="2160" w:type="dxa"/>
          </w:tcPr>
          <w:p w14:paraId="50F40DEB" wp14:textId="77777777"/>
        </w:tc>
      </w:tr>
      <w:tr xmlns:wp14="http://schemas.microsoft.com/office/word/2010/wordml" w14:paraId="77A52294" wp14:textId="77777777">
        <w:tc>
          <w:tcPr>
            <w:tcW w:w="2160" w:type="dxa"/>
          </w:tcPr>
          <w:p w14:paraId="007DCDA8" wp14:textId="77777777"/>
        </w:tc>
        <w:tc>
          <w:tcPr>
            <w:tcW w:w="2160" w:type="dxa"/>
          </w:tcPr>
          <w:p w14:paraId="450EA2D7" wp14:textId="77777777"/>
        </w:tc>
        <w:tc>
          <w:tcPr>
            <w:tcW w:w="2160" w:type="dxa"/>
          </w:tcPr>
          <w:p w14:paraId="3DD355C9" wp14:textId="77777777"/>
        </w:tc>
        <w:tc>
          <w:tcPr>
            <w:tcW w:w="2160" w:type="dxa"/>
          </w:tcPr>
          <w:p w14:paraId="1A81F0B1" wp14:textId="77777777"/>
        </w:tc>
      </w:tr>
      <w:tr xmlns:wp14="http://schemas.microsoft.com/office/word/2010/wordml" w14:paraId="717AAFBA" wp14:textId="77777777">
        <w:tc>
          <w:tcPr>
            <w:tcW w:w="2160" w:type="dxa"/>
          </w:tcPr>
          <w:p w14:paraId="56EE48EE" wp14:textId="77777777"/>
        </w:tc>
        <w:tc>
          <w:tcPr>
            <w:tcW w:w="2160" w:type="dxa"/>
          </w:tcPr>
          <w:p w14:paraId="2908EB2C" wp14:textId="77777777"/>
        </w:tc>
        <w:tc>
          <w:tcPr>
            <w:tcW w:w="2160" w:type="dxa"/>
          </w:tcPr>
          <w:p w14:paraId="121FD38A" wp14:textId="77777777"/>
        </w:tc>
        <w:tc>
          <w:tcPr>
            <w:tcW w:w="2160" w:type="dxa"/>
          </w:tcPr>
          <w:p w14:paraId="1FE2DD96" wp14:textId="77777777"/>
        </w:tc>
      </w:tr>
      <w:tr xmlns:wp14="http://schemas.microsoft.com/office/word/2010/wordml" w14:paraId="27357532" wp14:textId="77777777">
        <w:tc>
          <w:tcPr>
            <w:tcW w:w="2160" w:type="dxa"/>
          </w:tcPr>
          <w:p w14:paraId="07F023C8" wp14:textId="77777777"/>
        </w:tc>
        <w:tc>
          <w:tcPr>
            <w:tcW w:w="2160" w:type="dxa"/>
          </w:tcPr>
          <w:p w14:paraId="4BDB5498" wp14:textId="77777777"/>
        </w:tc>
        <w:tc>
          <w:tcPr>
            <w:tcW w:w="2160" w:type="dxa"/>
          </w:tcPr>
          <w:p w14:paraId="2916C19D" wp14:textId="77777777"/>
        </w:tc>
        <w:tc>
          <w:tcPr>
            <w:tcW w:w="2160" w:type="dxa"/>
          </w:tcPr>
          <w:p w14:paraId="74869460" wp14:textId="77777777"/>
        </w:tc>
      </w:tr>
      <w:tr xmlns:wp14="http://schemas.microsoft.com/office/word/2010/wordml" w14:paraId="187F57B8" wp14:textId="77777777">
        <w:tc>
          <w:tcPr>
            <w:tcW w:w="2160" w:type="dxa"/>
          </w:tcPr>
          <w:p w14:paraId="54738AF4" wp14:textId="77777777"/>
        </w:tc>
        <w:tc>
          <w:tcPr>
            <w:tcW w:w="2160" w:type="dxa"/>
          </w:tcPr>
          <w:p w14:paraId="46ABBD8F" wp14:textId="77777777"/>
        </w:tc>
        <w:tc>
          <w:tcPr>
            <w:tcW w:w="2160" w:type="dxa"/>
          </w:tcPr>
          <w:p w14:paraId="06BBA33E" wp14:textId="77777777"/>
        </w:tc>
        <w:tc>
          <w:tcPr>
            <w:tcW w:w="2160" w:type="dxa"/>
          </w:tcPr>
          <w:p w14:paraId="464FCBC1" wp14:textId="77777777"/>
        </w:tc>
      </w:tr>
      <w:tr xmlns:wp14="http://schemas.microsoft.com/office/word/2010/wordml" w14:paraId="5C8C6B09" wp14:textId="77777777">
        <w:tc>
          <w:tcPr>
            <w:tcW w:w="2160" w:type="dxa"/>
          </w:tcPr>
          <w:p w14:paraId="3382A365" wp14:textId="77777777"/>
        </w:tc>
        <w:tc>
          <w:tcPr>
            <w:tcW w:w="2160" w:type="dxa"/>
          </w:tcPr>
          <w:p w14:paraId="5C71F136" wp14:textId="77777777"/>
        </w:tc>
        <w:tc>
          <w:tcPr>
            <w:tcW w:w="2160" w:type="dxa"/>
          </w:tcPr>
          <w:p w14:paraId="62199465" wp14:textId="77777777"/>
        </w:tc>
        <w:tc>
          <w:tcPr>
            <w:tcW w:w="2160" w:type="dxa"/>
          </w:tcPr>
          <w:p w14:paraId="0DA123B1" wp14:textId="77777777"/>
        </w:tc>
      </w:tr>
      <w:tr xmlns:wp14="http://schemas.microsoft.com/office/word/2010/wordml" w14:paraId="4C4CEA3D" wp14:textId="77777777">
        <w:tc>
          <w:tcPr>
            <w:tcW w:w="2160" w:type="dxa"/>
          </w:tcPr>
          <w:p w14:paraId="50895670" wp14:textId="77777777"/>
        </w:tc>
        <w:tc>
          <w:tcPr>
            <w:tcW w:w="2160" w:type="dxa"/>
          </w:tcPr>
          <w:p w14:paraId="38C1F859" wp14:textId="77777777"/>
        </w:tc>
        <w:tc>
          <w:tcPr>
            <w:tcW w:w="2160" w:type="dxa"/>
          </w:tcPr>
          <w:p w14:paraId="0C8FE7CE" wp14:textId="77777777"/>
        </w:tc>
        <w:tc>
          <w:tcPr>
            <w:tcW w:w="2160" w:type="dxa"/>
          </w:tcPr>
          <w:p w14:paraId="41004F19" wp14:textId="77777777"/>
        </w:tc>
      </w:tr>
      <w:tr xmlns:wp14="http://schemas.microsoft.com/office/word/2010/wordml" w14:paraId="67C0C651" wp14:textId="77777777">
        <w:tc>
          <w:tcPr>
            <w:tcW w:w="2160" w:type="dxa"/>
          </w:tcPr>
          <w:p w14:paraId="308D56CC" wp14:textId="77777777"/>
        </w:tc>
        <w:tc>
          <w:tcPr>
            <w:tcW w:w="2160" w:type="dxa"/>
          </w:tcPr>
          <w:p w14:paraId="797E50C6" wp14:textId="77777777"/>
        </w:tc>
        <w:tc>
          <w:tcPr>
            <w:tcW w:w="2160" w:type="dxa"/>
          </w:tcPr>
          <w:p w14:paraId="7B04FA47" wp14:textId="77777777"/>
        </w:tc>
        <w:tc>
          <w:tcPr>
            <w:tcW w:w="2160" w:type="dxa"/>
          </w:tcPr>
          <w:p w14:paraId="568C698B" wp14:textId="77777777"/>
        </w:tc>
      </w:tr>
    </w:tbl>
    <w:p xmlns:wp14="http://schemas.microsoft.com/office/word/2010/wordml" w14:paraId="1A939487" wp14:textId="77777777">
      <w:r>
        <w:br w:type="page"/>
      </w:r>
    </w:p>
    <w:p xmlns:wp14="http://schemas.microsoft.com/office/word/2010/wordml" w14:paraId="79CEA85F" wp14:textId="77777777">
      <w:pPr>
        <w:pStyle w:val="Heading1"/>
      </w:pPr>
      <w:r>
        <w:t>Weight &amp; Growth Tracker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xmlns:wp14="http://schemas.microsoft.com/office/word/2010/wordml" w14:paraId="53BA2BD3" wp14:textId="77777777">
        <w:tc>
          <w:tcPr>
            <w:tcW w:w="2880" w:type="dxa"/>
          </w:tcPr>
          <w:p w14:paraId="7429D9BD" wp14:textId="77777777">
            <w:r>
              <w:t>Date</w:t>
            </w:r>
          </w:p>
        </w:tc>
        <w:tc>
          <w:tcPr>
            <w:tcW w:w="2880" w:type="dxa"/>
          </w:tcPr>
          <w:p w14:paraId="65A7799B" wp14:textId="77777777">
            <w:r>
              <w:t>Weight</w:t>
            </w:r>
          </w:p>
        </w:tc>
        <w:tc>
          <w:tcPr>
            <w:tcW w:w="2880" w:type="dxa"/>
          </w:tcPr>
          <w:p w14:paraId="25546E3C" wp14:textId="77777777">
            <w:r>
              <w:t>Notes</w:t>
            </w:r>
          </w:p>
        </w:tc>
      </w:tr>
      <w:tr xmlns:wp14="http://schemas.microsoft.com/office/word/2010/wordml" w14:paraId="6AA258D8" wp14:textId="77777777">
        <w:tc>
          <w:tcPr>
            <w:tcW w:w="2880" w:type="dxa"/>
          </w:tcPr>
          <w:p w14:paraId="6FFBD3EC" wp14:textId="77777777"/>
        </w:tc>
        <w:tc>
          <w:tcPr>
            <w:tcW w:w="2880" w:type="dxa"/>
          </w:tcPr>
          <w:p w14:paraId="30DCCCAD" wp14:textId="77777777"/>
        </w:tc>
        <w:tc>
          <w:tcPr>
            <w:tcW w:w="2880" w:type="dxa"/>
          </w:tcPr>
          <w:p w14:paraId="36AF6883" wp14:textId="77777777"/>
        </w:tc>
      </w:tr>
      <w:tr xmlns:wp14="http://schemas.microsoft.com/office/word/2010/wordml" w14:paraId="54C529ED" wp14:textId="77777777">
        <w:tc>
          <w:tcPr>
            <w:tcW w:w="2880" w:type="dxa"/>
          </w:tcPr>
          <w:p w14:paraId="1C0157D6" wp14:textId="77777777"/>
        </w:tc>
        <w:tc>
          <w:tcPr>
            <w:tcW w:w="2880" w:type="dxa"/>
          </w:tcPr>
          <w:p w14:paraId="3691E7B2" wp14:textId="77777777"/>
        </w:tc>
        <w:tc>
          <w:tcPr>
            <w:tcW w:w="2880" w:type="dxa"/>
          </w:tcPr>
          <w:p w14:paraId="526770CE" wp14:textId="77777777"/>
        </w:tc>
      </w:tr>
      <w:tr xmlns:wp14="http://schemas.microsoft.com/office/word/2010/wordml" w14:paraId="7CBEED82" wp14:textId="77777777">
        <w:tc>
          <w:tcPr>
            <w:tcW w:w="2880" w:type="dxa"/>
          </w:tcPr>
          <w:p w14:paraId="6E36661F" wp14:textId="77777777"/>
        </w:tc>
        <w:tc>
          <w:tcPr>
            <w:tcW w:w="2880" w:type="dxa"/>
          </w:tcPr>
          <w:p w14:paraId="38645DC7" wp14:textId="77777777"/>
        </w:tc>
        <w:tc>
          <w:tcPr>
            <w:tcW w:w="2880" w:type="dxa"/>
          </w:tcPr>
          <w:p w14:paraId="135E58C4" wp14:textId="77777777"/>
        </w:tc>
      </w:tr>
      <w:tr xmlns:wp14="http://schemas.microsoft.com/office/word/2010/wordml" w14:paraId="62EBF9A1" wp14:textId="77777777">
        <w:tc>
          <w:tcPr>
            <w:tcW w:w="2880" w:type="dxa"/>
          </w:tcPr>
          <w:p w14:paraId="0C6C2CD5" wp14:textId="77777777"/>
        </w:tc>
        <w:tc>
          <w:tcPr>
            <w:tcW w:w="2880" w:type="dxa"/>
          </w:tcPr>
          <w:p w14:paraId="709E88E4" wp14:textId="77777777"/>
        </w:tc>
        <w:tc>
          <w:tcPr>
            <w:tcW w:w="2880" w:type="dxa"/>
          </w:tcPr>
          <w:p w14:paraId="508C98E9" wp14:textId="77777777"/>
        </w:tc>
      </w:tr>
      <w:tr xmlns:wp14="http://schemas.microsoft.com/office/word/2010/wordml" w14:paraId="779F8E76" wp14:textId="77777777">
        <w:tc>
          <w:tcPr>
            <w:tcW w:w="2880" w:type="dxa"/>
          </w:tcPr>
          <w:p w14:paraId="7818863E" wp14:textId="77777777"/>
        </w:tc>
        <w:tc>
          <w:tcPr>
            <w:tcW w:w="2880" w:type="dxa"/>
          </w:tcPr>
          <w:p w14:paraId="44F69B9A" wp14:textId="77777777"/>
        </w:tc>
        <w:tc>
          <w:tcPr>
            <w:tcW w:w="2880" w:type="dxa"/>
          </w:tcPr>
          <w:p w14:paraId="5F07D11E" wp14:textId="77777777"/>
        </w:tc>
      </w:tr>
      <w:tr xmlns:wp14="http://schemas.microsoft.com/office/word/2010/wordml" w14:paraId="41508A3C" wp14:textId="77777777">
        <w:tc>
          <w:tcPr>
            <w:tcW w:w="2880" w:type="dxa"/>
          </w:tcPr>
          <w:p w14:paraId="43D6B1D6" wp14:textId="77777777"/>
        </w:tc>
        <w:tc>
          <w:tcPr>
            <w:tcW w:w="2880" w:type="dxa"/>
          </w:tcPr>
          <w:p w14:paraId="17DBC151" wp14:textId="77777777"/>
        </w:tc>
        <w:tc>
          <w:tcPr>
            <w:tcW w:w="2880" w:type="dxa"/>
          </w:tcPr>
          <w:p w14:paraId="6F8BD81B" wp14:textId="77777777"/>
        </w:tc>
      </w:tr>
      <w:tr xmlns:wp14="http://schemas.microsoft.com/office/word/2010/wordml" w14:paraId="2613E9C1" wp14:textId="77777777">
        <w:tc>
          <w:tcPr>
            <w:tcW w:w="2880" w:type="dxa"/>
          </w:tcPr>
          <w:p w14:paraId="1037B8A3" wp14:textId="77777777"/>
        </w:tc>
        <w:tc>
          <w:tcPr>
            <w:tcW w:w="2880" w:type="dxa"/>
          </w:tcPr>
          <w:p w14:paraId="687C6DE0" wp14:textId="77777777"/>
        </w:tc>
        <w:tc>
          <w:tcPr>
            <w:tcW w:w="2880" w:type="dxa"/>
          </w:tcPr>
          <w:p w14:paraId="5B2F9378" wp14:textId="77777777"/>
        </w:tc>
      </w:tr>
      <w:tr xmlns:wp14="http://schemas.microsoft.com/office/word/2010/wordml" w14:paraId="58E6DD4E" wp14:textId="77777777">
        <w:tc>
          <w:tcPr>
            <w:tcW w:w="2880" w:type="dxa"/>
          </w:tcPr>
          <w:p w14:paraId="7D3BEE8F" wp14:textId="77777777"/>
        </w:tc>
        <w:tc>
          <w:tcPr>
            <w:tcW w:w="2880" w:type="dxa"/>
          </w:tcPr>
          <w:p w14:paraId="3B88899E" wp14:textId="77777777"/>
        </w:tc>
        <w:tc>
          <w:tcPr>
            <w:tcW w:w="2880" w:type="dxa"/>
          </w:tcPr>
          <w:p w14:paraId="69E2BB2B" wp14:textId="77777777"/>
        </w:tc>
      </w:tr>
      <w:tr xmlns:wp14="http://schemas.microsoft.com/office/word/2010/wordml" w14:paraId="57C0D796" wp14:textId="77777777">
        <w:tc>
          <w:tcPr>
            <w:tcW w:w="2880" w:type="dxa"/>
          </w:tcPr>
          <w:p w14:paraId="0D142F6F" wp14:textId="77777777"/>
        </w:tc>
        <w:tc>
          <w:tcPr>
            <w:tcW w:w="2880" w:type="dxa"/>
          </w:tcPr>
          <w:p w14:paraId="4475AD14" wp14:textId="77777777"/>
        </w:tc>
        <w:tc>
          <w:tcPr>
            <w:tcW w:w="2880" w:type="dxa"/>
          </w:tcPr>
          <w:p w14:paraId="120C4E94" wp14:textId="77777777"/>
        </w:tc>
      </w:tr>
      <w:tr xmlns:wp14="http://schemas.microsoft.com/office/word/2010/wordml" w14:paraId="42AFC42D" wp14:textId="77777777">
        <w:tc>
          <w:tcPr>
            <w:tcW w:w="2880" w:type="dxa"/>
          </w:tcPr>
          <w:p w14:paraId="271CA723" wp14:textId="77777777"/>
        </w:tc>
        <w:tc>
          <w:tcPr>
            <w:tcW w:w="2880" w:type="dxa"/>
          </w:tcPr>
          <w:p w14:paraId="75FBE423" wp14:textId="77777777"/>
        </w:tc>
        <w:tc>
          <w:tcPr>
            <w:tcW w:w="2880" w:type="dxa"/>
          </w:tcPr>
          <w:p w14:paraId="2D3F0BEC" wp14:textId="77777777"/>
        </w:tc>
      </w:tr>
      <w:tr xmlns:wp14="http://schemas.microsoft.com/office/word/2010/wordml" w14:paraId="75CF4315" wp14:textId="77777777">
        <w:tc>
          <w:tcPr>
            <w:tcW w:w="2880" w:type="dxa"/>
          </w:tcPr>
          <w:p w14:paraId="3CB648E9" wp14:textId="77777777"/>
        </w:tc>
        <w:tc>
          <w:tcPr>
            <w:tcW w:w="2880" w:type="dxa"/>
          </w:tcPr>
          <w:p w14:paraId="0C178E9E" wp14:textId="77777777"/>
        </w:tc>
        <w:tc>
          <w:tcPr>
            <w:tcW w:w="2880" w:type="dxa"/>
          </w:tcPr>
          <w:p w14:paraId="3C0395D3" wp14:textId="77777777"/>
        </w:tc>
      </w:tr>
      <w:tr xmlns:wp14="http://schemas.microsoft.com/office/word/2010/wordml" w14:paraId="3254BC2F" wp14:textId="77777777">
        <w:tc>
          <w:tcPr>
            <w:tcW w:w="2880" w:type="dxa"/>
          </w:tcPr>
          <w:p w14:paraId="651E9592" wp14:textId="77777777"/>
        </w:tc>
        <w:tc>
          <w:tcPr>
            <w:tcW w:w="2880" w:type="dxa"/>
          </w:tcPr>
          <w:p w14:paraId="269E314A" wp14:textId="77777777"/>
        </w:tc>
        <w:tc>
          <w:tcPr>
            <w:tcW w:w="2880" w:type="dxa"/>
          </w:tcPr>
          <w:p w14:paraId="47341341" wp14:textId="77777777"/>
        </w:tc>
      </w:tr>
    </w:tbl>
    <w:p xmlns:wp14="http://schemas.microsoft.com/office/word/2010/wordml" w14:paraId="44653414" wp14:textId="77777777">
      <w:pPr>
        <w:pStyle w:val="Heading1"/>
      </w:pPr>
      <w:r>
        <w:t>Vet Visits &amp; Medical Notes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xmlns:wp14="http://schemas.microsoft.com/office/word/2010/wordml" w14:paraId="755199A7" wp14:textId="77777777">
        <w:tc>
          <w:tcPr>
            <w:tcW w:w="2160" w:type="dxa"/>
          </w:tcPr>
          <w:p w14:paraId="0315C0C4" wp14:textId="77777777">
            <w:r>
              <w:t>Date</w:t>
            </w:r>
          </w:p>
        </w:tc>
        <w:tc>
          <w:tcPr>
            <w:tcW w:w="2160" w:type="dxa"/>
          </w:tcPr>
          <w:p w14:paraId="23A8228F" wp14:textId="77777777">
            <w:r>
              <w:t>Reason</w:t>
            </w:r>
          </w:p>
        </w:tc>
        <w:tc>
          <w:tcPr>
            <w:tcW w:w="2160" w:type="dxa"/>
          </w:tcPr>
          <w:p w14:paraId="475E8669" wp14:textId="77777777">
            <w:r>
              <w:t>Treatment/Advice</w:t>
            </w:r>
          </w:p>
        </w:tc>
        <w:tc>
          <w:tcPr>
            <w:tcW w:w="2160" w:type="dxa"/>
          </w:tcPr>
          <w:p w14:paraId="19CD1796" wp14:textId="77777777">
            <w:r>
              <w:t>Follow Up</w:t>
            </w:r>
          </w:p>
        </w:tc>
      </w:tr>
      <w:tr xmlns:wp14="http://schemas.microsoft.com/office/word/2010/wordml" w14:paraId="42EF2083" wp14:textId="77777777">
        <w:tc>
          <w:tcPr>
            <w:tcW w:w="2160" w:type="dxa"/>
          </w:tcPr>
          <w:p w14:paraId="7B40C951" wp14:textId="77777777"/>
        </w:tc>
        <w:tc>
          <w:tcPr>
            <w:tcW w:w="2160" w:type="dxa"/>
          </w:tcPr>
          <w:p w14:paraId="4B4D7232" wp14:textId="77777777"/>
        </w:tc>
        <w:tc>
          <w:tcPr>
            <w:tcW w:w="2160" w:type="dxa"/>
          </w:tcPr>
          <w:p w14:paraId="2093CA67" wp14:textId="77777777"/>
        </w:tc>
        <w:tc>
          <w:tcPr>
            <w:tcW w:w="2160" w:type="dxa"/>
          </w:tcPr>
          <w:p w14:paraId="2503B197" wp14:textId="77777777"/>
        </w:tc>
      </w:tr>
      <w:tr xmlns:wp14="http://schemas.microsoft.com/office/word/2010/wordml" w14:paraId="38288749" wp14:textId="77777777">
        <w:tc>
          <w:tcPr>
            <w:tcW w:w="2160" w:type="dxa"/>
          </w:tcPr>
          <w:p w14:paraId="20BD9A1A" wp14:textId="77777777"/>
        </w:tc>
        <w:tc>
          <w:tcPr>
            <w:tcW w:w="2160" w:type="dxa"/>
          </w:tcPr>
          <w:p w14:paraId="0C136CF1" wp14:textId="77777777"/>
        </w:tc>
        <w:tc>
          <w:tcPr>
            <w:tcW w:w="2160" w:type="dxa"/>
          </w:tcPr>
          <w:p w14:paraId="0A392C6A" wp14:textId="77777777"/>
        </w:tc>
        <w:tc>
          <w:tcPr>
            <w:tcW w:w="2160" w:type="dxa"/>
          </w:tcPr>
          <w:p w14:paraId="290583F9" wp14:textId="77777777"/>
        </w:tc>
      </w:tr>
      <w:tr xmlns:wp14="http://schemas.microsoft.com/office/word/2010/wordml" w14:paraId="68F21D90" wp14:textId="77777777">
        <w:tc>
          <w:tcPr>
            <w:tcW w:w="2160" w:type="dxa"/>
          </w:tcPr>
          <w:p w14:paraId="13C326F3" wp14:textId="77777777"/>
        </w:tc>
        <w:tc>
          <w:tcPr>
            <w:tcW w:w="2160" w:type="dxa"/>
          </w:tcPr>
          <w:p w14:paraId="4853B841" wp14:textId="77777777"/>
        </w:tc>
        <w:tc>
          <w:tcPr>
            <w:tcW w:w="2160" w:type="dxa"/>
          </w:tcPr>
          <w:p w14:paraId="50125231" wp14:textId="77777777"/>
        </w:tc>
        <w:tc>
          <w:tcPr>
            <w:tcW w:w="2160" w:type="dxa"/>
          </w:tcPr>
          <w:p w14:paraId="5A25747A" wp14:textId="77777777"/>
        </w:tc>
      </w:tr>
      <w:tr xmlns:wp14="http://schemas.microsoft.com/office/word/2010/wordml" w14:paraId="09B8D95D" wp14:textId="77777777">
        <w:tc>
          <w:tcPr>
            <w:tcW w:w="2160" w:type="dxa"/>
          </w:tcPr>
          <w:p w14:paraId="78BEFD2A" wp14:textId="77777777"/>
        </w:tc>
        <w:tc>
          <w:tcPr>
            <w:tcW w:w="2160" w:type="dxa"/>
          </w:tcPr>
          <w:p w14:paraId="27A76422" wp14:textId="77777777"/>
        </w:tc>
        <w:tc>
          <w:tcPr>
            <w:tcW w:w="2160" w:type="dxa"/>
          </w:tcPr>
          <w:p w14:paraId="49206A88" wp14:textId="77777777"/>
        </w:tc>
        <w:tc>
          <w:tcPr>
            <w:tcW w:w="2160" w:type="dxa"/>
          </w:tcPr>
          <w:p w14:paraId="67B7A70C" wp14:textId="77777777"/>
        </w:tc>
      </w:tr>
      <w:tr xmlns:wp14="http://schemas.microsoft.com/office/word/2010/wordml" w14:paraId="71887C79" wp14:textId="77777777">
        <w:tc>
          <w:tcPr>
            <w:tcW w:w="2160" w:type="dxa"/>
          </w:tcPr>
          <w:p w14:paraId="3B7FD67C" wp14:textId="77777777"/>
        </w:tc>
        <w:tc>
          <w:tcPr>
            <w:tcW w:w="2160" w:type="dxa"/>
          </w:tcPr>
          <w:p w14:paraId="38D6B9B6" wp14:textId="77777777"/>
        </w:tc>
        <w:tc>
          <w:tcPr>
            <w:tcW w:w="2160" w:type="dxa"/>
          </w:tcPr>
          <w:p w14:paraId="22F860BB" wp14:textId="77777777"/>
        </w:tc>
        <w:tc>
          <w:tcPr>
            <w:tcW w:w="2160" w:type="dxa"/>
          </w:tcPr>
          <w:p w14:paraId="698536F5" wp14:textId="77777777"/>
        </w:tc>
      </w:tr>
      <w:tr xmlns:wp14="http://schemas.microsoft.com/office/word/2010/wordml" w14:paraId="7BC1BAF2" wp14:textId="77777777">
        <w:tc>
          <w:tcPr>
            <w:tcW w:w="2160" w:type="dxa"/>
          </w:tcPr>
          <w:p w14:paraId="61C988F9" wp14:textId="77777777"/>
        </w:tc>
        <w:tc>
          <w:tcPr>
            <w:tcW w:w="2160" w:type="dxa"/>
          </w:tcPr>
          <w:p w14:paraId="3B22BB7D" wp14:textId="77777777"/>
        </w:tc>
        <w:tc>
          <w:tcPr>
            <w:tcW w:w="2160" w:type="dxa"/>
          </w:tcPr>
          <w:p w14:paraId="17B246DD" wp14:textId="77777777"/>
        </w:tc>
        <w:tc>
          <w:tcPr>
            <w:tcW w:w="2160" w:type="dxa"/>
          </w:tcPr>
          <w:p w14:paraId="6BF89DA3" wp14:textId="77777777"/>
        </w:tc>
      </w:tr>
      <w:tr xmlns:wp14="http://schemas.microsoft.com/office/word/2010/wordml" w14:paraId="5C3E0E74" wp14:textId="77777777">
        <w:tc>
          <w:tcPr>
            <w:tcW w:w="2160" w:type="dxa"/>
          </w:tcPr>
          <w:p w14:paraId="66A1FAB9" wp14:textId="77777777"/>
        </w:tc>
        <w:tc>
          <w:tcPr>
            <w:tcW w:w="2160" w:type="dxa"/>
          </w:tcPr>
          <w:p w14:paraId="76BB753C" wp14:textId="77777777"/>
        </w:tc>
        <w:tc>
          <w:tcPr>
            <w:tcW w:w="2160" w:type="dxa"/>
          </w:tcPr>
          <w:p w14:paraId="513DA1E0" wp14:textId="77777777"/>
        </w:tc>
        <w:tc>
          <w:tcPr>
            <w:tcW w:w="2160" w:type="dxa"/>
          </w:tcPr>
          <w:p w14:paraId="75CAC6F5" wp14:textId="77777777"/>
        </w:tc>
      </w:tr>
      <w:tr xmlns:wp14="http://schemas.microsoft.com/office/word/2010/wordml" w14:paraId="66060428" wp14:textId="77777777">
        <w:tc>
          <w:tcPr>
            <w:tcW w:w="2160" w:type="dxa"/>
          </w:tcPr>
          <w:p w14:paraId="1D0656FE" wp14:textId="77777777"/>
        </w:tc>
        <w:tc>
          <w:tcPr>
            <w:tcW w:w="2160" w:type="dxa"/>
          </w:tcPr>
          <w:p w14:paraId="7B37605A" wp14:textId="77777777"/>
        </w:tc>
        <w:tc>
          <w:tcPr>
            <w:tcW w:w="2160" w:type="dxa"/>
          </w:tcPr>
          <w:p w14:paraId="394798F2" wp14:textId="77777777"/>
        </w:tc>
        <w:tc>
          <w:tcPr>
            <w:tcW w:w="2160" w:type="dxa"/>
          </w:tcPr>
          <w:p w14:paraId="3889A505" wp14:textId="77777777"/>
        </w:tc>
      </w:tr>
      <w:tr xmlns:wp14="http://schemas.microsoft.com/office/word/2010/wordml" w14:paraId="29079D35" wp14:textId="77777777">
        <w:tc>
          <w:tcPr>
            <w:tcW w:w="2160" w:type="dxa"/>
          </w:tcPr>
          <w:p w14:paraId="17686DC7" wp14:textId="77777777"/>
        </w:tc>
        <w:tc>
          <w:tcPr>
            <w:tcW w:w="2160" w:type="dxa"/>
          </w:tcPr>
          <w:p w14:paraId="53BD644D" wp14:textId="77777777"/>
        </w:tc>
        <w:tc>
          <w:tcPr>
            <w:tcW w:w="2160" w:type="dxa"/>
          </w:tcPr>
          <w:p w14:paraId="1A3FAC43" wp14:textId="77777777"/>
        </w:tc>
        <w:tc>
          <w:tcPr>
            <w:tcW w:w="2160" w:type="dxa"/>
          </w:tcPr>
          <w:p w14:paraId="2BBD94B2" wp14:textId="77777777"/>
        </w:tc>
      </w:tr>
      <w:tr xmlns:wp14="http://schemas.microsoft.com/office/word/2010/wordml" w14:paraId="5854DE7F" wp14:textId="77777777">
        <w:tc>
          <w:tcPr>
            <w:tcW w:w="2160" w:type="dxa"/>
          </w:tcPr>
          <w:p w14:paraId="2CA7ADD4" wp14:textId="77777777"/>
        </w:tc>
        <w:tc>
          <w:tcPr>
            <w:tcW w:w="2160" w:type="dxa"/>
          </w:tcPr>
          <w:p w14:paraId="314EE24A" wp14:textId="77777777"/>
        </w:tc>
        <w:tc>
          <w:tcPr>
            <w:tcW w:w="2160" w:type="dxa"/>
          </w:tcPr>
          <w:p w14:paraId="76614669" wp14:textId="77777777"/>
        </w:tc>
        <w:tc>
          <w:tcPr>
            <w:tcW w:w="2160" w:type="dxa"/>
          </w:tcPr>
          <w:p w14:paraId="57590049" wp14:textId="77777777"/>
        </w:tc>
      </w:tr>
    </w:tbl>
    <w:p xmlns:wp14="http://schemas.microsoft.com/office/word/2010/wordml" w14:paraId="0C5B615A" wp14:textId="77777777">
      <w:r>
        <w:br w:type="page"/>
      </w:r>
    </w:p>
    <w:p xmlns:wp14="http://schemas.microsoft.com/office/word/2010/wordml" w14:paraId="75689166" wp14:textId="77777777">
      <w:pPr>
        <w:pStyle w:val="Heading1"/>
      </w:pPr>
      <w:r>
        <w:t>Feeding &amp; Diet Notes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xmlns:wp14="http://schemas.microsoft.com/office/word/2010/wordml" w14:paraId="21D6FF7F" wp14:textId="77777777">
        <w:tc>
          <w:tcPr>
            <w:tcW w:w="2880" w:type="dxa"/>
          </w:tcPr>
          <w:p w14:paraId="26DF7512" wp14:textId="77777777">
            <w:r>
              <w:t>Date</w:t>
            </w:r>
          </w:p>
        </w:tc>
        <w:tc>
          <w:tcPr>
            <w:tcW w:w="2880" w:type="dxa"/>
          </w:tcPr>
          <w:p w14:paraId="50E5AB55" wp14:textId="77777777">
            <w:r>
              <w:t>Food</w:t>
            </w:r>
          </w:p>
        </w:tc>
        <w:tc>
          <w:tcPr>
            <w:tcW w:w="2880" w:type="dxa"/>
          </w:tcPr>
          <w:p w14:paraId="4707AF9E" wp14:textId="77777777">
            <w:r>
              <w:t>Notes</w:t>
            </w:r>
          </w:p>
        </w:tc>
      </w:tr>
      <w:tr xmlns:wp14="http://schemas.microsoft.com/office/word/2010/wordml" w14:paraId="792F1AA2" wp14:textId="77777777">
        <w:tc>
          <w:tcPr>
            <w:tcW w:w="2880" w:type="dxa"/>
          </w:tcPr>
          <w:p w14:paraId="1A499DFC" wp14:textId="77777777"/>
        </w:tc>
        <w:tc>
          <w:tcPr>
            <w:tcW w:w="2880" w:type="dxa"/>
          </w:tcPr>
          <w:p w14:paraId="5E7E3C41" wp14:textId="77777777"/>
        </w:tc>
        <w:tc>
          <w:tcPr>
            <w:tcW w:w="2880" w:type="dxa"/>
          </w:tcPr>
          <w:p w14:paraId="03F828E4" wp14:textId="77777777"/>
        </w:tc>
      </w:tr>
      <w:tr xmlns:wp14="http://schemas.microsoft.com/office/word/2010/wordml" w14:paraId="2AC57CB0" wp14:textId="77777777">
        <w:tc>
          <w:tcPr>
            <w:tcW w:w="2880" w:type="dxa"/>
          </w:tcPr>
          <w:p w14:paraId="5186B13D" wp14:textId="77777777"/>
        </w:tc>
        <w:tc>
          <w:tcPr>
            <w:tcW w:w="2880" w:type="dxa"/>
          </w:tcPr>
          <w:p w14:paraId="6C57C439" wp14:textId="77777777"/>
        </w:tc>
        <w:tc>
          <w:tcPr>
            <w:tcW w:w="2880" w:type="dxa"/>
          </w:tcPr>
          <w:p w14:paraId="3D404BC9" wp14:textId="77777777"/>
        </w:tc>
      </w:tr>
      <w:tr xmlns:wp14="http://schemas.microsoft.com/office/word/2010/wordml" w14:paraId="61319B8A" wp14:textId="77777777">
        <w:tc>
          <w:tcPr>
            <w:tcW w:w="2880" w:type="dxa"/>
          </w:tcPr>
          <w:p w14:paraId="31A560F4" wp14:textId="77777777"/>
        </w:tc>
        <w:tc>
          <w:tcPr>
            <w:tcW w:w="2880" w:type="dxa"/>
          </w:tcPr>
          <w:p w14:paraId="70DF735C" wp14:textId="77777777"/>
        </w:tc>
        <w:tc>
          <w:tcPr>
            <w:tcW w:w="2880" w:type="dxa"/>
          </w:tcPr>
          <w:p w14:paraId="3A413BF6" wp14:textId="77777777"/>
        </w:tc>
      </w:tr>
      <w:tr xmlns:wp14="http://schemas.microsoft.com/office/word/2010/wordml" w14:paraId="33D28B4B" wp14:textId="77777777">
        <w:tc>
          <w:tcPr>
            <w:tcW w:w="2880" w:type="dxa"/>
          </w:tcPr>
          <w:p w14:paraId="37EFA3E3" wp14:textId="77777777"/>
        </w:tc>
        <w:tc>
          <w:tcPr>
            <w:tcW w:w="2880" w:type="dxa"/>
          </w:tcPr>
          <w:p w14:paraId="41C6AC2A" wp14:textId="77777777"/>
        </w:tc>
        <w:tc>
          <w:tcPr>
            <w:tcW w:w="2880" w:type="dxa"/>
          </w:tcPr>
          <w:p w14:paraId="2DC44586" wp14:textId="77777777"/>
        </w:tc>
      </w:tr>
      <w:tr xmlns:wp14="http://schemas.microsoft.com/office/word/2010/wordml" w14:paraId="4FFCBC07" wp14:textId="77777777">
        <w:tc>
          <w:tcPr>
            <w:tcW w:w="2880" w:type="dxa"/>
          </w:tcPr>
          <w:p w14:paraId="1728B4D0" wp14:textId="77777777"/>
        </w:tc>
        <w:tc>
          <w:tcPr>
            <w:tcW w:w="2880" w:type="dxa"/>
          </w:tcPr>
          <w:p w14:paraId="34959D4B" wp14:textId="77777777"/>
        </w:tc>
        <w:tc>
          <w:tcPr>
            <w:tcW w:w="2880" w:type="dxa"/>
          </w:tcPr>
          <w:p w14:paraId="7BD58BA2" wp14:textId="77777777"/>
        </w:tc>
      </w:tr>
      <w:tr xmlns:wp14="http://schemas.microsoft.com/office/word/2010/wordml" w14:paraId="4357A966" wp14:textId="77777777">
        <w:tc>
          <w:tcPr>
            <w:tcW w:w="2880" w:type="dxa"/>
          </w:tcPr>
          <w:p w14:paraId="44690661" wp14:textId="77777777"/>
        </w:tc>
        <w:tc>
          <w:tcPr>
            <w:tcW w:w="2880" w:type="dxa"/>
          </w:tcPr>
          <w:p w14:paraId="74539910" wp14:textId="77777777"/>
        </w:tc>
        <w:tc>
          <w:tcPr>
            <w:tcW w:w="2880" w:type="dxa"/>
          </w:tcPr>
          <w:p w14:paraId="5A7E0CF2" wp14:textId="77777777"/>
        </w:tc>
      </w:tr>
      <w:tr xmlns:wp14="http://schemas.microsoft.com/office/word/2010/wordml" w14:paraId="60FA6563" wp14:textId="77777777">
        <w:tc>
          <w:tcPr>
            <w:tcW w:w="2880" w:type="dxa"/>
          </w:tcPr>
          <w:p w14:paraId="1AC5CDBE" wp14:textId="77777777"/>
        </w:tc>
        <w:tc>
          <w:tcPr>
            <w:tcW w:w="2880" w:type="dxa"/>
          </w:tcPr>
          <w:p w14:paraId="342D4C27" wp14:textId="77777777"/>
        </w:tc>
        <w:tc>
          <w:tcPr>
            <w:tcW w:w="2880" w:type="dxa"/>
          </w:tcPr>
          <w:p w14:paraId="3572E399" wp14:textId="77777777"/>
        </w:tc>
      </w:tr>
      <w:tr xmlns:wp14="http://schemas.microsoft.com/office/word/2010/wordml" w14:paraId="6CEB15CE" wp14:textId="77777777">
        <w:tc>
          <w:tcPr>
            <w:tcW w:w="2880" w:type="dxa"/>
          </w:tcPr>
          <w:p w14:paraId="66518E39" wp14:textId="77777777"/>
        </w:tc>
        <w:tc>
          <w:tcPr>
            <w:tcW w:w="2880" w:type="dxa"/>
          </w:tcPr>
          <w:p w14:paraId="7E75FCD0" wp14:textId="77777777"/>
        </w:tc>
        <w:tc>
          <w:tcPr>
            <w:tcW w:w="2880" w:type="dxa"/>
          </w:tcPr>
          <w:p w14:paraId="10FDAA0E" wp14:textId="77777777"/>
        </w:tc>
      </w:tr>
      <w:tr xmlns:wp14="http://schemas.microsoft.com/office/word/2010/wordml" w14:paraId="774AF2BF" wp14:textId="77777777">
        <w:tc>
          <w:tcPr>
            <w:tcW w:w="2880" w:type="dxa"/>
          </w:tcPr>
          <w:p w14:paraId="7A292896" wp14:textId="77777777"/>
        </w:tc>
        <w:tc>
          <w:tcPr>
            <w:tcW w:w="2880" w:type="dxa"/>
          </w:tcPr>
          <w:p w14:paraId="2191599E" wp14:textId="77777777"/>
        </w:tc>
        <w:tc>
          <w:tcPr>
            <w:tcW w:w="2880" w:type="dxa"/>
          </w:tcPr>
          <w:p w14:paraId="7673E5AE" wp14:textId="77777777"/>
        </w:tc>
      </w:tr>
      <w:tr xmlns:wp14="http://schemas.microsoft.com/office/word/2010/wordml" w14:paraId="041D98D7" wp14:textId="77777777">
        <w:tc>
          <w:tcPr>
            <w:tcW w:w="2880" w:type="dxa"/>
          </w:tcPr>
          <w:p w14:paraId="5AB7C0C5" wp14:textId="77777777"/>
        </w:tc>
        <w:tc>
          <w:tcPr>
            <w:tcW w:w="2880" w:type="dxa"/>
          </w:tcPr>
          <w:p w14:paraId="55B33694" wp14:textId="77777777"/>
        </w:tc>
        <w:tc>
          <w:tcPr>
            <w:tcW w:w="2880" w:type="dxa"/>
          </w:tcPr>
          <w:p w14:paraId="4455F193" wp14:textId="77777777"/>
        </w:tc>
      </w:tr>
    </w:tbl>
    <w:p xmlns:wp14="http://schemas.microsoft.com/office/word/2010/wordml" w14:paraId="72AED7DF" wp14:textId="33C3F9D2">
      <w:pPr>
        <w:pStyle w:val="Heading1"/>
      </w:pPr>
      <w:r w:rsidR="6C2024CC">
        <w:rPr/>
        <w:t xml:space="preserve">Milestones &amp; </w:t>
      </w:r>
      <w:r w:rsidR="6C2024CC">
        <w:rPr/>
        <w:t>Behavior</w:t>
      </w:r>
      <w:r w:rsidR="6C2024CC">
        <w:rPr/>
        <w:t xml:space="preserve"> Notes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xmlns:wp14="http://schemas.microsoft.com/office/word/2010/wordml" w14:paraId="333B84F5" wp14:textId="77777777">
        <w:tc>
          <w:tcPr>
            <w:tcW w:w="2880" w:type="dxa"/>
          </w:tcPr>
          <w:p w14:paraId="6D9A5F18" wp14:textId="77777777">
            <w:r>
              <w:t>Date</w:t>
            </w:r>
          </w:p>
        </w:tc>
        <w:tc>
          <w:tcPr>
            <w:tcW w:w="2880" w:type="dxa"/>
          </w:tcPr>
          <w:p w14:paraId="24421DF3" wp14:textId="77777777">
            <w:r>
              <w:t>Milestone</w:t>
            </w:r>
          </w:p>
        </w:tc>
        <w:tc>
          <w:tcPr>
            <w:tcW w:w="2880" w:type="dxa"/>
          </w:tcPr>
          <w:p w14:paraId="2E961B28" wp14:textId="77777777">
            <w:r>
              <w:t>Notes</w:t>
            </w:r>
          </w:p>
        </w:tc>
      </w:tr>
      <w:tr xmlns:wp14="http://schemas.microsoft.com/office/word/2010/wordml" w14:paraId="1C2776EB" wp14:textId="77777777">
        <w:tc>
          <w:tcPr>
            <w:tcW w:w="2880" w:type="dxa"/>
          </w:tcPr>
          <w:p w14:paraId="15342E60" wp14:textId="77777777"/>
        </w:tc>
        <w:tc>
          <w:tcPr>
            <w:tcW w:w="2880" w:type="dxa"/>
          </w:tcPr>
          <w:p w14:paraId="5EB89DE8" wp14:textId="77777777"/>
        </w:tc>
        <w:tc>
          <w:tcPr>
            <w:tcW w:w="2880" w:type="dxa"/>
          </w:tcPr>
          <w:p w14:paraId="7D62D461" wp14:textId="77777777"/>
        </w:tc>
      </w:tr>
      <w:tr xmlns:wp14="http://schemas.microsoft.com/office/word/2010/wordml" w14:paraId="078B034E" wp14:textId="77777777">
        <w:tc>
          <w:tcPr>
            <w:tcW w:w="2880" w:type="dxa"/>
          </w:tcPr>
          <w:p w14:paraId="492506DD" wp14:textId="77777777"/>
        </w:tc>
        <w:tc>
          <w:tcPr>
            <w:tcW w:w="2880" w:type="dxa"/>
          </w:tcPr>
          <w:p w14:paraId="31CD0C16" wp14:textId="77777777"/>
        </w:tc>
        <w:tc>
          <w:tcPr>
            <w:tcW w:w="2880" w:type="dxa"/>
          </w:tcPr>
          <w:p w14:paraId="7FD8715F" wp14:textId="77777777"/>
        </w:tc>
      </w:tr>
      <w:tr xmlns:wp14="http://schemas.microsoft.com/office/word/2010/wordml" w14:paraId="6BDFDFC2" wp14:textId="77777777">
        <w:tc>
          <w:tcPr>
            <w:tcW w:w="2880" w:type="dxa"/>
          </w:tcPr>
          <w:p w14:paraId="41F9AE5E" wp14:textId="77777777"/>
        </w:tc>
        <w:tc>
          <w:tcPr>
            <w:tcW w:w="2880" w:type="dxa"/>
          </w:tcPr>
          <w:p w14:paraId="00F03A6D" wp14:textId="77777777"/>
        </w:tc>
        <w:tc>
          <w:tcPr>
            <w:tcW w:w="2880" w:type="dxa"/>
          </w:tcPr>
          <w:p w14:paraId="6930E822" wp14:textId="77777777"/>
        </w:tc>
      </w:tr>
      <w:tr xmlns:wp14="http://schemas.microsoft.com/office/word/2010/wordml" w14:paraId="20E36DAB" wp14:textId="77777777">
        <w:tc>
          <w:tcPr>
            <w:tcW w:w="2880" w:type="dxa"/>
          </w:tcPr>
          <w:p w14:paraId="32D85219" wp14:textId="77777777"/>
        </w:tc>
        <w:tc>
          <w:tcPr>
            <w:tcW w:w="2880" w:type="dxa"/>
          </w:tcPr>
          <w:p w14:paraId="0CE19BC3" wp14:textId="77777777"/>
        </w:tc>
        <w:tc>
          <w:tcPr>
            <w:tcW w:w="2880" w:type="dxa"/>
          </w:tcPr>
          <w:p w14:paraId="63966B72" wp14:textId="77777777"/>
        </w:tc>
      </w:tr>
      <w:tr xmlns:wp14="http://schemas.microsoft.com/office/word/2010/wordml" w14:paraId="23536548" wp14:textId="77777777">
        <w:tc>
          <w:tcPr>
            <w:tcW w:w="2880" w:type="dxa"/>
          </w:tcPr>
          <w:p w14:paraId="271AE1F2" wp14:textId="77777777"/>
        </w:tc>
        <w:tc>
          <w:tcPr>
            <w:tcW w:w="2880" w:type="dxa"/>
          </w:tcPr>
          <w:p w14:paraId="4AE5B7AF" wp14:textId="77777777"/>
        </w:tc>
        <w:tc>
          <w:tcPr>
            <w:tcW w:w="2880" w:type="dxa"/>
          </w:tcPr>
          <w:p w14:paraId="3955E093" wp14:textId="77777777"/>
        </w:tc>
      </w:tr>
      <w:tr xmlns:wp14="http://schemas.microsoft.com/office/word/2010/wordml" w14:paraId="12C42424" wp14:textId="77777777">
        <w:tc>
          <w:tcPr>
            <w:tcW w:w="2880" w:type="dxa"/>
          </w:tcPr>
          <w:p w14:paraId="379CA55B" wp14:textId="77777777"/>
        </w:tc>
        <w:tc>
          <w:tcPr>
            <w:tcW w:w="2880" w:type="dxa"/>
          </w:tcPr>
          <w:p w14:paraId="5ABF93C4" wp14:textId="77777777"/>
        </w:tc>
        <w:tc>
          <w:tcPr>
            <w:tcW w:w="2880" w:type="dxa"/>
          </w:tcPr>
          <w:p w14:paraId="71DCB018" wp14:textId="77777777"/>
        </w:tc>
      </w:tr>
      <w:tr xmlns:wp14="http://schemas.microsoft.com/office/word/2010/wordml" w14:paraId="4B644A8D" wp14:textId="77777777">
        <w:tc>
          <w:tcPr>
            <w:tcW w:w="2880" w:type="dxa"/>
          </w:tcPr>
          <w:p w14:paraId="082C48EB" wp14:textId="77777777"/>
        </w:tc>
        <w:tc>
          <w:tcPr>
            <w:tcW w:w="2880" w:type="dxa"/>
          </w:tcPr>
          <w:p w14:paraId="2677290C" wp14:textId="77777777"/>
        </w:tc>
        <w:tc>
          <w:tcPr>
            <w:tcW w:w="2880" w:type="dxa"/>
          </w:tcPr>
          <w:p w14:paraId="249BF8C6" wp14:textId="77777777"/>
        </w:tc>
      </w:tr>
      <w:tr xmlns:wp14="http://schemas.microsoft.com/office/word/2010/wordml" w14:paraId="0EF46479" wp14:textId="77777777">
        <w:tc>
          <w:tcPr>
            <w:tcW w:w="2880" w:type="dxa"/>
          </w:tcPr>
          <w:p w14:paraId="3AB58C42" wp14:textId="77777777"/>
        </w:tc>
        <w:tc>
          <w:tcPr>
            <w:tcW w:w="2880" w:type="dxa"/>
          </w:tcPr>
          <w:p w14:paraId="4EA9BA15" wp14:textId="77777777"/>
        </w:tc>
        <w:tc>
          <w:tcPr>
            <w:tcW w:w="2880" w:type="dxa"/>
          </w:tcPr>
          <w:p w14:paraId="7332107B" wp14:textId="77777777"/>
        </w:tc>
      </w:tr>
      <w:tr xmlns:wp14="http://schemas.microsoft.com/office/word/2010/wordml" w14:paraId="5D98A3F1" wp14:textId="77777777">
        <w:tc>
          <w:tcPr>
            <w:tcW w:w="2880" w:type="dxa"/>
          </w:tcPr>
          <w:p w14:paraId="50C86B8C" wp14:textId="77777777"/>
        </w:tc>
        <w:tc>
          <w:tcPr>
            <w:tcW w:w="2880" w:type="dxa"/>
          </w:tcPr>
          <w:p w14:paraId="60EDCC55" wp14:textId="77777777"/>
        </w:tc>
        <w:tc>
          <w:tcPr>
            <w:tcW w:w="2880" w:type="dxa"/>
          </w:tcPr>
          <w:p w14:paraId="3BBB8815" wp14:textId="77777777"/>
        </w:tc>
      </w:tr>
      <w:tr xmlns:wp14="http://schemas.microsoft.com/office/word/2010/wordml" w14:paraId="55B91B0D" wp14:textId="77777777">
        <w:tc>
          <w:tcPr>
            <w:tcW w:w="2880" w:type="dxa"/>
          </w:tcPr>
          <w:p w14:paraId="6810F0D1" wp14:textId="77777777"/>
        </w:tc>
        <w:tc>
          <w:tcPr>
            <w:tcW w:w="2880" w:type="dxa"/>
          </w:tcPr>
          <w:p w14:paraId="74E797DC" wp14:textId="77777777"/>
        </w:tc>
        <w:tc>
          <w:tcPr>
            <w:tcW w:w="2880" w:type="dxa"/>
          </w:tcPr>
          <w:p w14:paraId="25AF7EAE" wp14:textId="77777777"/>
        </w:tc>
      </w:tr>
    </w:tbl>
    <w:p xmlns:wp14="http://schemas.microsoft.com/office/word/2010/wordml" w14:paraId="645EA46E" wp14:textId="77777777">
      <w:pPr>
        <w:pStyle w:val="Heading1"/>
      </w:pPr>
      <w:r>
        <w:t>Emergency Contacts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xmlns:wp14="http://schemas.microsoft.com/office/word/2010/wordml" w14:paraId="620E2559" wp14:textId="77777777">
        <w:tc>
          <w:tcPr>
            <w:tcW w:w="4320" w:type="dxa"/>
          </w:tcPr>
          <w:p w14:paraId="1391C0D9" wp14:textId="77777777">
            <w:r>
              <w:t>Primary Vet</w:t>
            </w:r>
          </w:p>
        </w:tc>
        <w:tc>
          <w:tcPr>
            <w:tcW w:w="4320" w:type="dxa"/>
          </w:tcPr>
          <w:p w14:paraId="2633CEB9" wp14:textId="77777777"/>
        </w:tc>
      </w:tr>
      <w:tr xmlns:wp14="http://schemas.microsoft.com/office/word/2010/wordml" w14:paraId="0C9B680B" wp14:textId="77777777">
        <w:tc>
          <w:tcPr>
            <w:tcW w:w="4320" w:type="dxa"/>
          </w:tcPr>
          <w:p w14:paraId="0663C5C9" wp14:textId="77777777">
            <w:r>
              <w:t>Emergency Vet</w:t>
            </w:r>
          </w:p>
        </w:tc>
        <w:tc>
          <w:tcPr>
            <w:tcW w:w="4320" w:type="dxa"/>
          </w:tcPr>
          <w:p w14:paraId="4B1D477B" wp14:textId="77777777"/>
        </w:tc>
      </w:tr>
      <w:tr xmlns:wp14="http://schemas.microsoft.com/office/word/2010/wordml" w14:paraId="0A471D39" wp14:textId="77777777">
        <w:tc>
          <w:tcPr>
            <w:tcW w:w="4320" w:type="dxa"/>
          </w:tcPr>
          <w:p w14:paraId="4AD21D5A" wp14:textId="77777777">
            <w:r>
              <w:t>Pet Sitter</w:t>
            </w:r>
          </w:p>
        </w:tc>
        <w:tc>
          <w:tcPr>
            <w:tcW w:w="4320" w:type="dxa"/>
          </w:tcPr>
          <w:p w14:paraId="65BE1F1D" wp14:textId="77777777"/>
        </w:tc>
      </w:tr>
      <w:tr xmlns:wp14="http://schemas.microsoft.com/office/word/2010/wordml" w14:paraId="23E286C8" wp14:textId="77777777">
        <w:tc>
          <w:tcPr>
            <w:tcW w:w="4320" w:type="dxa"/>
          </w:tcPr>
          <w:p w14:paraId="056C5D62" wp14:textId="77777777">
            <w:r>
              <w:t>Family Contact</w:t>
            </w:r>
          </w:p>
        </w:tc>
        <w:tc>
          <w:tcPr>
            <w:tcW w:w="4320" w:type="dxa"/>
          </w:tcPr>
          <w:p w14:paraId="6AFAB436" wp14:textId="77777777"/>
        </w:tc>
      </w:tr>
      <w:tr xmlns:wp14="http://schemas.microsoft.com/office/word/2010/wordml" w14:paraId="337AFE4B" wp14:textId="77777777">
        <w:tc>
          <w:tcPr>
            <w:tcW w:w="4320" w:type="dxa"/>
          </w:tcPr>
          <w:p w14:paraId="2542471B" wp14:textId="77777777">
            <w:r>
              <w:t>Insurance Claims</w:t>
            </w:r>
          </w:p>
        </w:tc>
        <w:tc>
          <w:tcPr>
            <w:tcW w:w="4320" w:type="dxa"/>
          </w:tcPr>
          <w:p w14:paraId="042C5D41" wp14:textId="77777777"/>
        </w:tc>
      </w:tr>
    </w:tbl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C20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4ECCAF26-DB03-4526-B8E6-0585544FC0D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Carl McLaren</dc:creator>
  <keywords/>
  <dc:description>generated by python-docx</dc:description>
  <lastModifiedBy>Carl McLaren</lastModifiedBy>
  <revision>2</revision>
  <dcterms:created xsi:type="dcterms:W3CDTF">2026-09-09T22:05:38.5195468Z</dcterms:created>
  <dcterms:modified xsi:type="dcterms:W3CDTF">2026-09-09T22:18:19.3696839Z</dcterms:modified>
  <category/>
</coreProperties>
</file>