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E09176B" w14:textId="77777777" w:rsidR="00C8771A" w:rsidRPr="007E73EC" w:rsidRDefault="00000000">
      <w:pPr>
        <w:jc w:val="center"/>
        <w:rPr>
          <w:rFonts w:ascii="Arial" w:hAnsi="Arial" w:cs="Arial"/>
        </w:rPr>
      </w:pPr>
      <w:r w:rsidRPr="007E73EC">
        <w:rPr>
          <w:rFonts w:ascii="Arial" w:hAnsi="Arial" w:cs="Arial"/>
          <w:b/>
          <w:sz w:val="40"/>
        </w:rPr>
        <w:t>Puppy Health Record Template</w:t>
      </w:r>
    </w:p>
    <w:p w14:paraId="3DD45E61" w14:textId="77777777" w:rsidR="00C8771A" w:rsidRDefault="00000000">
      <w:r>
        <w:t>Keep all important puppy health, vaccination, growth, and veterinary information in one place.</w:t>
      </w:r>
    </w:p>
    <w:p w14:paraId="1735887B" w14:textId="77777777" w:rsidR="00C8771A" w:rsidRDefault="00000000">
      <w:pPr>
        <w:pStyle w:val="Heading1"/>
      </w:pPr>
      <w:r>
        <w:t>Puppy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C8771A" w14:paraId="6E6A0771" w14:textId="77777777">
        <w:tc>
          <w:tcPr>
            <w:tcW w:w="4320" w:type="dxa"/>
          </w:tcPr>
          <w:p w14:paraId="7BC196F8" w14:textId="77777777" w:rsidR="00C8771A" w:rsidRDefault="00000000">
            <w:r>
              <w:t>Puppy Name</w:t>
            </w:r>
          </w:p>
        </w:tc>
        <w:tc>
          <w:tcPr>
            <w:tcW w:w="4320" w:type="dxa"/>
          </w:tcPr>
          <w:p w14:paraId="4CC9A274" w14:textId="77777777" w:rsidR="00C8771A" w:rsidRDefault="00C8771A"/>
        </w:tc>
      </w:tr>
      <w:tr w:rsidR="00C8771A" w14:paraId="4177FA3E" w14:textId="77777777">
        <w:tc>
          <w:tcPr>
            <w:tcW w:w="4320" w:type="dxa"/>
          </w:tcPr>
          <w:p w14:paraId="74AC68F1" w14:textId="77777777" w:rsidR="00C8771A" w:rsidRDefault="00000000">
            <w:r>
              <w:t>Breed</w:t>
            </w:r>
          </w:p>
        </w:tc>
        <w:tc>
          <w:tcPr>
            <w:tcW w:w="4320" w:type="dxa"/>
          </w:tcPr>
          <w:p w14:paraId="1542DF2A" w14:textId="77777777" w:rsidR="00C8771A" w:rsidRDefault="00C8771A"/>
        </w:tc>
      </w:tr>
      <w:tr w:rsidR="00C8771A" w14:paraId="5304CFFF" w14:textId="77777777">
        <w:tc>
          <w:tcPr>
            <w:tcW w:w="4320" w:type="dxa"/>
          </w:tcPr>
          <w:p w14:paraId="32C7E7E7" w14:textId="77777777" w:rsidR="00C8771A" w:rsidRDefault="00000000">
            <w:r>
              <w:t>Date of Birth</w:t>
            </w:r>
          </w:p>
        </w:tc>
        <w:tc>
          <w:tcPr>
            <w:tcW w:w="4320" w:type="dxa"/>
          </w:tcPr>
          <w:p w14:paraId="3A18586B" w14:textId="77777777" w:rsidR="00C8771A" w:rsidRDefault="00C8771A"/>
        </w:tc>
      </w:tr>
      <w:tr w:rsidR="00C8771A" w14:paraId="3484E429" w14:textId="77777777">
        <w:tc>
          <w:tcPr>
            <w:tcW w:w="4320" w:type="dxa"/>
          </w:tcPr>
          <w:p w14:paraId="7AAC3C48" w14:textId="77777777" w:rsidR="00C8771A" w:rsidRDefault="00000000">
            <w:r>
              <w:t>Sex</w:t>
            </w:r>
          </w:p>
        </w:tc>
        <w:tc>
          <w:tcPr>
            <w:tcW w:w="4320" w:type="dxa"/>
          </w:tcPr>
          <w:p w14:paraId="3C917D68" w14:textId="77777777" w:rsidR="00C8771A" w:rsidRDefault="00C8771A"/>
        </w:tc>
      </w:tr>
      <w:tr w:rsidR="00C8771A" w14:paraId="20F6EDEF" w14:textId="77777777">
        <w:tc>
          <w:tcPr>
            <w:tcW w:w="4320" w:type="dxa"/>
          </w:tcPr>
          <w:p w14:paraId="6931C984" w14:textId="77777777" w:rsidR="00C8771A" w:rsidRDefault="00000000">
            <w:r>
              <w:t>Colour/Markings</w:t>
            </w:r>
          </w:p>
        </w:tc>
        <w:tc>
          <w:tcPr>
            <w:tcW w:w="4320" w:type="dxa"/>
          </w:tcPr>
          <w:p w14:paraId="360CB7E0" w14:textId="77777777" w:rsidR="00C8771A" w:rsidRDefault="00C8771A"/>
        </w:tc>
      </w:tr>
      <w:tr w:rsidR="00C8771A" w14:paraId="05E3F790" w14:textId="77777777">
        <w:tc>
          <w:tcPr>
            <w:tcW w:w="4320" w:type="dxa"/>
          </w:tcPr>
          <w:p w14:paraId="3C12B055" w14:textId="77777777" w:rsidR="00C8771A" w:rsidRDefault="00000000">
            <w:r>
              <w:t>Microchip Number</w:t>
            </w:r>
          </w:p>
        </w:tc>
        <w:tc>
          <w:tcPr>
            <w:tcW w:w="4320" w:type="dxa"/>
          </w:tcPr>
          <w:p w14:paraId="340383CC" w14:textId="77777777" w:rsidR="00C8771A" w:rsidRDefault="00C8771A"/>
        </w:tc>
      </w:tr>
      <w:tr w:rsidR="00C8771A" w14:paraId="72E88386" w14:textId="77777777">
        <w:tc>
          <w:tcPr>
            <w:tcW w:w="4320" w:type="dxa"/>
          </w:tcPr>
          <w:p w14:paraId="159D099C" w14:textId="77777777" w:rsidR="00C8771A" w:rsidRDefault="00000000">
            <w:r>
              <w:t>Insurance Provider</w:t>
            </w:r>
          </w:p>
        </w:tc>
        <w:tc>
          <w:tcPr>
            <w:tcW w:w="4320" w:type="dxa"/>
          </w:tcPr>
          <w:p w14:paraId="44866549" w14:textId="77777777" w:rsidR="00C8771A" w:rsidRDefault="00C8771A"/>
        </w:tc>
      </w:tr>
      <w:tr w:rsidR="00C8771A" w14:paraId="196C8A5F" w14:textId="77777777">
        <w:tc>
          <w:tcPr>
            <w:tcW w:w="4320" w:type="dxa"/>
          </w:tcPr>
          <w:p w14:paraId="5D0A9BFF" w14:textId="77777777" w:rsidR="00C8771A" w:rsidRDefault="00000000">
            <w:r>
              <w:t>Owner Name</w:t>
            </w:r>
          </w:p>
        </w:tc>
        <w:tc>
          <w:tcPr>
            <w:tcW w:w="4320" w:type="dxa"/>
          </w:tcPr>
          <w:p w14:paraId="7B0F6A43" w14:textId="77777777" w:rsidR="00C8771A" w:rsidRDefault="00C8771A"/>
        </w:tc>
      </w:tr>
      <w:tr w:rsidR="00C8771A" w14:paraId="1E047C70" w14:textId="77777777">
        <w:tc>
          <w:tcPr>
            <w:tcW w:w="4320" w:type="dxa"/>
          </w:tcPr>
          <w:p w14:paraId="740525EA" w14:textId="77777777" w:rsidR="00C8771A" w:rsidRDefault="00000000">
            <w:r>
              <w:t>Phone</w:t>
            </w:r>
          </w:p>
        </w:tc>
        <w:tc>
          <w:tcPr>
            <w:tcW w:w="4320" w:type="dxa"/>
          </w:tcPr>
          <w:p w14:paraId="048C862F" w14:textId="77777777" w:rsidR="00C8771A" w:rsidRDefault="00C8771A"/>
        </w:tc>
      </w:tr>
      <w:tr w:rsidR="00C8771A" w14:paraId="307AED58" w14:textId="77777777">
        <w:tc>
          <w:tcPr>
            <w:tcW w:w="4320" w:type="dxa"/>
          </w:tcPr>
          <w:p w14:paraId="2D26937B" w14:textId="77777777" w:rsidR="00C8771A" w:rsidRDefault="00000000">
            <w:r>
              <w:t>Email</w:t>
            </w:r>
          </w:p>
        </w:tc>
        <w:tc>
          <w:tcPr>
            <w:tcW w:w="4320" w:type="dxa"/>
          </w:tcPr>
          <w:p w14:paraId="3BF49167" w14:textId="77777777" w:rsidR="00C8771A" w:rsidRDefault="00C8771A"/>
        </w:tc>
      </w:tr>
    </w:tbl>
    <w:p w14:paraId="76F00309" w14:textId="77777777" w:rsidR="00C8771A" w:rsidRDefault="00000000">
      <w:pPr>
        <w:pStyle w:val="Heading1"/>
      </w:pPr>
      <w:r>
        <w:t>Breeder / Rescue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C8771A" w14:paraId="3247CBBF" w14:textId="77777777">
        <w:tc>
          <w:tcPr>
            <w:tcW w:w="4320" w:type="dxa"/>
          </w:tcPr>
          <w:p w14:paraId="70B167B4" w14:textId="77777777" w:rsidR="00C8771A" w:rsidRDefault="00000000">
            <w:r>
              <w:t>Name</w:t>
            </w:r>
          </w:p>
        </w:tc>
        <w:tc>
          <w:tcPr>
            <w:tcW w:w="4320" w:type="dxa"/>
          </w:tcPr>
          <w:p w14:paraId="60E452C2" w14:textId="77777777" w:rsidR="00C8771A" w:rsidRDefault="00C8771A"/>
        </w:tc>
      </w:tr>
      <w:tr w:rsidR="00C8771A" w14:paraId="1807AD2D" w14:textId="77777777">
        <w:tc>
          <w:tcPr>
            <w:tcW w:w="4320" w:type="dxa"/>
          </w:tcPr>
          <w:p w14:paraId="07602E1D" w14:textId="77777777" w:rsidR="00C8771A" w:rsidRDefault="00000000">
            <w:r>
              <w:t>Address</w:t>
            </w:r>
          </w:p>
        </w:tc>
        <w:tc>
          <w:tcPr>
            <w:tcW w:w="4320" w:type="dxa"/>
          </w:tcPr>
          <w:p w14:paraId="0FD5CC34" w14:textId="77777777" w:rsidR="00C8771A" w:rsidRDefault="00C8771A"/>
        </w:tc>
      </w:tr>
      <w:tr w:rsidR="00C8771A" w14:paraId="1E395255" w14:textId="77777777">
        <w:tc>
          <w:tcPr>
            <w:tcW w:w="4320" w:type="dxa"/>
          </w:tcPr>
          <w:p w14:paraId="798B595B" w14:textId="77777777" w:rsidR="00C8771A" w:rsidRDefault="00000000">
            <w:r>
              <w:t>Contact Number</w:t>
            </w:r>
          </w:p>
        </w:tc>
        <w:tc>
          <w:tcPr>
            <w:tcW w:w="4320" w:type="dxa"/>
          </w:tcPr>
          <w:p w14:paraId="71EFF93B" w14:textId="77777777" w:rsidR="00C8771A" w:rsidRDefault="00C8771A"/>
        </w:tc>
      </w:tr>
    </w:tbl>
    <w:p w14:paraId="18185123" w14:textId="77777777" w:rsidR="00C8771A" w:rsidRDefault="00000000">
      <w:pPr>
        <w:pStyle w:val="Heading1"/>
      </w:pPr>
      <w:r>
        <w:t>Veterinary Practice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C8771A" w14:paraId="03DDB519" w14:textId="77777777">
        <w:tc>
          <w:tcPr>
            <w:tcW w:w="4320" w:type="dxa"/>
          </w:tcPr>
          <w:p w14:paraId="77ED5F6A" w14:textId="77777777" w:rsidR="00C8771A" w:rsidRDefault="00000000">
            <w:r>
              <w:t>Practice Name</w:t>
            </w:r>
          </w:p>
        </w:tc>
        <w:tc>
          <w:tcPr>
            <w:tcW w:w="4320" w:type="dxa"/>
          </w:tcPr>
          <w:p w14:paraId="68724C15" w14:textId="77777777" w:rsidR="00C8771A" w:rsidRDefault="00C8771A"/>
        </w:tc>
      </w:tr>
      <w:tr w:rsidR="00C8771A" w14:paraId="36D22A5E" w14:textId="77777777">
        <w:tc>
          <w:tcPr>
            <w:tcW w:w="4320" w:type="dxa"/>
          </w:tcPr>
          <w:p w14:paraId="6B793009" w14:textId="77777777" w:rsidR="00C8771A" w:rsidRDefault="00000000">
            <w:r>
              <w:t>Vet Name</w:t>
            </w:r>
          </w:p>
        </w:tc>
        <w:tc>
          <w:tcPr>
            <w:tcW w:w="4320" w:type="dxa"/>
          </w:tcPr>
          <w:p w14:paraId="2334ACB4" w14:textId="77777777" w:rsidR="00C8771A" w:rsidRDefault="00C8771A"/>
        </w:tc>
      </w:tr>
      <w:tr w:rsidR="00C8771A" w14:paraId="7125BBFD" w14:textId="77777777">
        <w:tc>
          <w:tcPr>
            <w:tcW w:w="4320" w:type="dxa"/>
          </w:tcPr>
          <w:p w14:paraId="37B01BBC" w14:textId="77777777" w:rsidR="00C8771A" w:rsidRDefault="00000000">
            <w:r>
              <w:t>Phone</w:t>
            </w:r>
          </w:p>
        </w:tc>
        <w:tc>
          <w:tcPr>
            <w:tcW w:w="4320" w:type="dxa"/>
          </w:tcPr>
          <w:p w14:paraId="7A24CEFD" w14:textId="77777777" w:rsidR="00C8771A" w:rsidRDefault="00C8771A"/>
        </w:tc>
      </w:tr>
      <w:tr w:rsidR="00C8771A" w14:paraId="088548E4" w14:textId="77777777">
        <w:tc>
          <w:tcPr>
            <w:tcW w:w="4320" w:type="dxa"/>
          </w:tcPr>
          <w:p w14:paraId="4FA9D152" w14:textId="77777777" w:rsidR="00C8771A" w:rsidRDefault="00000000">
            <w:r>
              <w:t>Address</w:t>
            </w:r>
          </w:p>
        </w:tc>
        <w:tc>
          <w:tcPr>
            <w:tcW w:w="4320" w:type="dxa"/>
          </w:tcPr>
          <w:p w14:paraId="40D00CBB" w14:textId="77777777" w:rsidR="00C8771A" w:rsidRDefault="00C8771A"/>
        </w:tc>
      </w:tr>
    </w:tbl>
    <w:p w14:paraId="7C49F5F7" w14:textId="77777777" w:rsidR="00C8771A" w:rsidRDefault="00000000">
      <w:r>
        <w:br w:type="page"/>
      </w:r>
    </w:p>
    <w:p w14:paraId="3C6E0C34" w14:textId="77777777" w:rsidR="00C8771A" w:rsidRDefault="00000000">
      <w:pPr>
        <w:pStyle w:val="Heading1"/>
      </w:pPr>
      <w:r>
        <w:lastRenderedPageBreak/>
        <w:t>Vaccination Record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8"/>
        <w:gridCol w:w="1728"/>
        <w:gridCol w:w="1728"/>
        <w:gridCol w:w="1728"/>
        <w:gridCol w:w="1728"/>
      </w:tblGrid>
      <w:tr w:rsidR="00C8771A" w14:paraId="1D9B8292" w14:textId="77777777">
        <w:tc>
          <w:tcPr>
            <w:tcW w:w="1728" w:type="dxa"/>
          </w:tcPr>
          <w:p w14:paraId="64D6E9F3" w14:textId="77777777" w:rsidR="00C8771A" w:rsidRDefault="00000000">
            <w:r>
              <w:t>Date</w:t>
            </w:r>
          </w:p>
        </w:tc>
        <w:tc>
          <w:tcPr>
            <w:tcW w:w="1728" w:type="dxa"/>
          </w:tcPr>
          <w:p w14:paraId="23D9FEEC" w14:textId="77777777" w:rsidR="00C8771A" w:rsidRDefault="00000000">
            <w:r>
              <w:t>Vaccine</w:t>
            </w:r>
          </w:p>
        </w:tc>
        <w:tc>
          <w:tcPr>
            <w:tcW w:w="1728" w:type="dxa"/>
          </w:tcPr>
          <w:p w14:paraId="7D156FEF" w14:textId="77777777" w:rsidR="00C8771A" w:rsidRDefault="00000000">
            <w:r>
              <w:t>Batch No.</w:t>
            </w:r>
          </w:p>
        </w:tc>
        <w:tc>
          <w:tcPr>
            <w:tcW w:w="1728" w:type="dxa"/>
          </w:tcPr>
          <w:p w14:paraId="3A74199D" w14:textId="77777777" w:rsidR="00C8771A" w:rsidRDefault="00000000">
            <w:r>
              <w:t>Vet</w:t>
            </w:r>
          </w:p>
        </w:tc>
        <w:tc>
          <w:tcPr>
            <w:tcW w:w="1728" w:type="dxa"/>
          </w:tcPr>
          <w:p w14:paraId="13076432" w14:textId="77777777" w:rsidR="00C8771A" w:rsidRDefault="00000000">
            <w:r>
              <w:t>Next Due</w:t>
            </w:r>
          </w:p>
        </w:tc>
      </w:tr>
      <w:tr w:rsidR="00C8771A" w14:paraId="54798EED" w14:textId="77777777">
        <w:tc>
          <w:tcPr>
            <w:tcW w:w="1728" w:type="dxa"/>
          </w:tcPr>
          <w:p w14:paraId="71ECDB8D" w14:textId="77777777" w:rsidR="00C8771A" w:rsidRDefault="00C8771A"/>
        </w:tc>
        <w:tc>
          <w:tcPr>
            <w:tcW w:w="1728" w:type="dxa"/>
          </w:tcPr>
          <w:p w14:paraId="26AF9920" w14:textId="77777777" w:rsidR="00C8771A" w:rsidRDefault="00C8771A"/>
        </w:tc>
        <w:tc>
          <w:tcPr>
            <w:tcW w:w="1728" w:type="dxa"/>
          </w:tcPr>
          <w:p w14:paraId="39921F7E" w14:textId="77777777" w:rsidR="00C8771A" w:rsidRDefault="00C8771A"/>
        </w:tc>
        <w:tc>
          <w:tcPr>
            <w:tcW w:w="1728" w:type="dxa"/>
          </w:tcPr>
          <w:p w14:paraId="35CEE776" w14:textId="77777777" w:rsidR="00C8771A" w:rsidRDefault="00C8771A"/>
        </w:tc>
        <w:tc>
          <w:tcPr>
            <w:tcW w:w="1728" w:type="dxa"/>
          </w:tcPr>
          <w:p w14:paraId="5D9266AB" w14:textId="77777777" w:rsidR="00C8771A" w:rsidRDefault="00C8771A"/>
        </w:tc>
      </w:tr>
      <w:tr w:rsidR="00C8771A" w14:paraId="0B80FDB6" w14:textId="77777777">
        <w:tc>
          <w:tcPr>
            <w:tcW w:w="1728" w:type="dxa"/>
          </w:tcPr>
          <w:p w14:paraId="566D0E03" w14:textId="77777777" w:rsidR="00C8771A" w:rsidRDefault="00C8771A"/>
        </w:tc>
        <w:tc>
          <w:tcPr>
            <w:tcW w:w="1728" w:type="dxa"/>
          </w:tcPr>
          <w:p w14:paraId="30BF62DB" w14:textId="77777777" w:rsidR="00C8771A" w:rsidRDefault="00C8771A"/>
        </w:tc>
        <w:tc>
          <w:tcPr>
            <w:tcW w:w="1728" w:type="dxa"/>
          </w:tcPr>
          <w:p w14:paraId="39403643" w14:textId="77777777" w:rsidR="00C8771A" w:rsidRDefault="00C8771A"/>
        </w:tc>
        <w:tc>
          <w:tcPr>
            <w:tcW w:w="1728" w:type="dxa"/>
          </w:tcPr>
          <w:p w14:paraId="6F6E85D9" w14:textId="77777777" w:rsidR="00C8771A" w:rsidRDefault="00C8771A"/>
        </w:tc>
        <w:tc>
          <w:tcPr>
            <w:tcW w:w="1728" w:type="dxa"/>
          </w:tcPr>
          <w:p w14:paraId="7E11CA0B" w14:textId="77777777" w:rsidR="00C8771A" w:rsidRDefault="00C8771A"/>
        </w:tc>
      </w:tr>
      <w:tr w:rsidR="00C8771A" w14:paraId="6FE8DC66" w14:textId="77777777">
        <w:tc>
          <w:tcPr>
            <w:tcW w:w="1728" w:type="dxa"/>
          </w:tcPr>
          <w:p w14:paraId="6E91F061" w14:textId="77777777" w:rsidR="00C8771A" w:rsidRDefault="00C8771A"/>
        </w:tc>
        <w:tc>
          <w:tcPr>
            <w:tcW w:w="1728" w:type="dxa"/>
          </w:tcPr>
          <w:p w14:paraId="6FBF9B18" w14:textId="77777777" w:rsidR="00C8771A" w:rsidRDefault="00C8771A"/>
        </w:tc>
        <w:tc>
          <w:tcPr>
            <w:tcW w:w="1728" w:type="dxa"/>
          </w:tcPr>
          <w:p w14:paraId="24ADCA1A" w14:textId="77777777" w:rsidR="00C8771A" w:rsidRDefault="00C8771A"/>
        </w:tc>
        <w:tc>
          <w:tcPr>
            <w:tcW w:w="1728" w:type="dxa"/>
          </w:tcPr>
          <w:p w14:paraId="3A2F0DF4" w14:textId="77777777" w:rsidR="00C8771A" w:rsidRDefault="00C8771A"/>
        </w:tc>
        <w:tc>
          <w:tcPr>
            <w:tcW w:w="1728" w:type="dxa"/>
          </w:tcPr>
          <w:p w14:paraId="3A37208F" w14:textId="77777777" w:rsidR="00C8771A" w:rsidRDefault="00C8771A"/>
        </w:tc>
      </w:tr>
      <w:tr w:rsidR="00C8771A" w14:paraId="2585B37F" w14:textId="77777777">
        <w:tc>
          <w:tcPr>
            <w:tcW w:w="1728" w:type="dxa"/>
          </w:tcPr>
          <w:p w14:paraId="535C15B6" w14:textId="77777777" w:rsidR="00C8771A" w:rsidRDefault="00C8771A"/>
        </w:tc>
        <w:tc>
          <w:tcPr>
            <w:tcW w:w="1728" w:type="dxa"/>
          </w:tcPr>
          <w:p w14:paraId="0EB9CD19" w14:textId="77777777" w:rsidR="00C8771A" w:rsidRDefault="00C8771A"/>
        </w:tc>
        <w:tc>
          <w:tcPr>
            <w:tcW w:w="1728" w:type="dxa"/>
          </w:tcPr>
          <w:p w14:paraId="08FDF3BB" w14:textId="77777777" w:rsidR="00C8771A" w:rsidRDefault="00C8771A"/>
        </w:tc>
        <w:tc>
          <w:tcPr>
            <w:tcW w:w="1728" w:type="dxa"/>
          </w:tcPr>
          <w:p w14:paraId="117BF087" w14:textId="77777777" w:rsidR="00C8771A" w:rsidRDefault="00C8771A"/>
        </w:tc>
        <w:tc>
          <w:tcPr>
            <w:tcW w:w="1728" w:type="dxa"/>
          </w:tcPr>
          <w:p w14:paraId="5AC7293B" w14:textId="77777777" w:rsidR="00C8771A" w:rsidRDefault="00C8771A"/>
        </w:tc>
      </w:tr>
      <w:tr w:rsidR="00C8771A" w14:paraId="3BF25152" w14:textId="77777777">
        <w:tc>
          <w:tcPr>
            <w:tcW w:w="1728" w:type="dxa"/>
          </w:tcPr>
          <w:p w14:paraId="1543DAAB" w14:textId="77777777" w:rsidR="00C8771A" w:rsidRDefault="00C8771A"/>
        </w:tc>
        <w:tc>
          <w:tcPr>
            <w:tcW w:w="1728" w:type="dxa"/>
          </w:tcPr>
          <w:p w14:paraId="67288931" w14:textId="77777777" w:rsidR="00C8771A" w:rsidRDefault="00C8771A"/>
        </w:tc>
        <w:tc>
          <w:tcPr>
            <w:tcW w:w="1728" w:type="dxa"/>
          </w:tcPr>
          <w:p w14:paraId="19240A0D" w14:textId="77777777" w:rsidR="00C8771A" w:rsidRDefault="00C8771A"/>
        </w:tc>
        <w:tc>
          <w:tcPr>
            <w:tcW w:w="1728" w:type="dxa"/>
          </w:tcPr>
          <w:p w14:paraId="16A241C2" w14:textId="77777777" w:rsidR="00C8771A" w:rsidRDefault="00C8771A"/>
        </w:tc>
        <w:tc>
          <w:tcPr>
            <w:tcW w:w="1728" w:type="dxa"/>
          </w:tcPr>
          <w:p w14:paraId="69C16952" w14:textId="77777777" w:rsidR="00C8771A" w:rsidRDefault="00C8771A"/>
        </w:tc>
      </w:tr>
      <w:tr w:rsidR="00C8771A" w14:paraId="2E8B01E3" w14:textId="77777777">
        <w:tc>
          <w:tcPr>
            <w:tcW w:w="1728" w:type="dxa"/>
          </w:tcPr>
          <w:p w14:paraId="5A268B28" w14:textId="77777777" w:rsidR="00C8771A" w:rsidRDefault="00C8771A"/>
        </w:tc>
        <w:tc>
          <w:tcPr>
            <w:tcW w:w="1728" w:type="dxa"/>
          </w:tcPr>
          <w:p w14:paraId="13B56B9B" w14:textId="77777777" w:rsidR="00C8771A" w:rsidRDefault="00C8771A"/>
        </w:tc>
        <w:tc>
          <w:tcPr>
            <w:tcW w:w="1728" w:type="dxa"/>
          </w:tcPr>
          <w:p w14:paraId="31EDC644" w14:textId="77777777" w:rsidR="00C8771A" w:rsidRDefault="00C8771A"/>
        </w:tc>
        <w:tc>
          <w:tcPr>
            <w:tcW w:w="1728" w:type="dxa"/>
          </w:tcPr>
          <w:p w14:paraId="09DBF7F2" w14:textId="77777777" w:rsidR="00C8771A" w:rsidRDefault="00C8771A"/>
        </w:tc>
        <w:tc>
          <w:tcPr>
            <w:tcW w:w="1728" w:type="dxa"/>
          </w:tcPr>
          <w:p w14:paraId="56C3BF34" w14:textId="77777777" w:rsidR="00C8771A" w:rsidRDefault="00C8771A"/>
        </w:tc>
      </w:tr>
      <w:tr w:rsidR="00C8771A" w14:paraId="35860D55" w14:textId="77777777">
        <w:tc>
          <w:tcPr>
            <w:tcW w:w="1728" w:type="dxa"/>
          </w:tcPr>
          <w:p w14:paraId="25D42CB2" w14:textId="77777777" w:rsidR="00C8771A" w:rsidRDefault="00C8771A"/>
        </w:tc>
        <w:tc>
          <w:tcPr>
            <w:tcW w:w="1728" w:type="dxa"/>
          </w:tcPr>
          <w:p w14:paraId="57C36A3A" w14:textId="77777777" w:rsidR="00C8771A" w:rsidRDefault="00C8771A"/>
        </w:tc>
        <w:tc>
          <w:tcPr>
            <w:tcW w:w="1728" w:type="dxa"/>
          </w:tcPr>
          <w:p w14:paraId="7ECF0A6F" w14:textId="77777777" w:rsidR="00C8771A" w:rsidRDefault="00C8771A"/>
        </w:tc>
        <w:tc>
          <w:tcPr>
            <w:tcW w:w="1728" w:type="dxa"/>
          </w:tcPr>
          <w:p w14:paraId="67D03C95" w14:textId="77777777" w:rsidR="00C8771A" w:rsidRDefault="00C8771A"/>
        </w:tc>
        <w:tc>
          <w:tcPr>
            <w:tcW w:w="1728" w:type="dxa"/>
          </w:tcPr>
          <w:p w14:paraId="3AB10E80" w14:textId="77777777" w:rsidR="00C8771A" w:rsidRDefault="00C8771A"/>
        </w:tc>
      </w:tr>
      <w:tr w:rsidR="00C8771A" w14:paraId="40A5B592" w14:textId="77777777">
        <w:tc>
          <w:tcPr>
            <w:tcW w:w="1728" w:type="dxa"/>
          </w:tcPr>
          <w:p w14:paraId="72BA3EA2" w14:textId="77777777" w:rsidR="00C8771A" w:rsidRDefault="00C8771A"/>
        </w:tc>
        <w:tc>
          <w:tcPr>
            <w:tcW w:w="1728" w:type="dxa"/>
          </w:tcPr>
          <w:p w14:paraId="6E01B500" w14:textId="77777777" w:rsidR="00C8771A" w:rsidRDefault="00C8771A"/>
        </w:tc>
        <w:tc>
          <w:tcPr>
            <w:tcW w:w="1728" w:type="dxa"/>
          </w:tcPr>
          <w:p w14:paraId="5289AD45" w14:textId="77777777" w:rsidR="00C8771A" w:rsidRDefault="00C8771A"/>
        </w:tc>
        <w:tc>
          <w:tcPr>
            <w:tcW w:w="1728" w:type="dxa"/>
          </w:tcPr>
          <w:p w14:paraId="06C91C0B" w14:textId="77777777" w:rsidR="00C8771A" w:rsidRDefault="00C8771A"/>
        </w:tc>
        <w:tc>
          <w:tcPr>
            <w:tcW w:w="1728" w:type="dxa"/>
          </w:tcPr>
          <w:p w14:paraId="6C457BA7" w14:textId="77777777" w:rsidR="00C8771A" w:rsidRDefault="00C8771A"/>
        </w:tc>
      </w:tr>
      <w:tr w:rsidR="00C8771A" w14:paraId="2CB53D50" w14:textId="77777777">
        <w:tc>
          <w:tcPr>
            <w:tcW w:w="1728" w:type="dxa"/>
          </w:tcPr>
          <w:p w14:paraId="30337E47" w14:textId="77777777" w:rsidR="00C8771A" w:rsidRDefault="00C8771A"/>
        </w:tc>
        <w:tc>
          <w:tcPr>
            <w:tcW w:w="1728" w:type="dxa"/>
          </w:tcPr>
          <w:p w14:paraId="42803446" w14:textId="77777777" w:rsidR="00C8771A" w:rsidRDefault="00C8771A"/>
        </w:tc>
        <w:tc>
          <w:tcPr>
            <w:tcW w:w="1728" w:type="dxa"/>
          </w:tcPr>
          <w:p w14:paraId="4B622A09" w14:textId="77777777" w:rsidR="00C8771A" w:rsidRDefault="00C8771A"/>
        </w:tc>
        <w:tc>
          <w:tcPr>
            <w:tcW w:w="1728" w:type="dxa"/>
          </w:tcPr>
          <w:p w14:paraId="0FF3757D" w14:textId="77777777" w:rsidR="00C8771A" w:rsidRDefault="00C8771A"/>
        </w:tc>
        <w:tc>
          <w:tcPr>
            <w:tcW w:w="1728" w:type="dxa"/>
          </w:tcPr>
          <w:p w14:paraId="09EEE433" w14:textId="77777777" w:rsidR="00C8771A" w:rsidRDefault="00C8771A"/>
        </w:tc>
      </w:tr>
      <w:tr w:rsidR="00C8771A" w14:paraId="75838805" w14:textId="77777777">
        <w:tc>
          <w:tcPr>
            <w:tcW w:w="1728" w:type="dxa"/>
          </w:tcPr>
          <w:p w14:paraId="3FFDF629" w14:textId="77777777" w:rsidR="00C8771A" w:rsidRDefault="00C8771A"/>
        </w:tc>
        <w:tc>
          <w:tcPr>
            <w:tcW w:w="1728" w:type="dxa"/>
          </w:tcPr>
          <w:p w14:paraId="0CD96368" w14:textId="77777777" w:rsidR="00C8771A" w:rsidRDefault="00C8771A"/>
        </w:tc>
        <w:tc>
          <w:tcPr>
            <w:tcW w:w="1728" w:type="dxa"/>
          </w:tcPr>
          <w:p w14:paraId="0AC73E76" w14:textId="77777777" w:rsidR="00C8771A" w:rsidRDefault="00C8771A"/>
        </w:tc>
        <w:tc>
          <w:tcPr>
            <w:tcW w:w="1728" w:type="dxa"/>
          </w:tcPr>
          <w:p w14:paraId="18B3F8C1" w14:textId="77777777" w:rsidR="00C8771A" w:rsidRDefault="00C8771A"/>
        </w:tc>
        <w:tc>
          <w:tcPr>
            <w:tcW w:w="1728" w:type="dxa"/>
          </w:tcPr>
          <w:p w14:paraId="4B5ACD51" w14:textId="77777777" w:rsidR="00C8771A" w:rsidRDefault="00C8771A"/>
        </w:tc>
      </w:tr>
    </w:tbl>
    <w:p w14:paraId="520621B9" w14:textId="77777777" w:rsidR="00C8771A" w:rsidRDefault="00000000">
      <w:pPr>
        <w:pStyle w:val="Heading1"/>
      </w:pPr>
      <w:r>
        <w:t>Worming Record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C8771A" w14:paraId="0FEB90DD" w14:textId="77777777">
        <w:tc>
          <w:tcPr>
            <w:tcW w:w="2160" w:type="dxa"/>
          </w:tcPr>
          <w:p w14:paraId="5048A46D" w14:textId="77777777" w:rsidR="00C8771A" w:rsidRDefault="00000000">
            <w:r>
              <w:t>Date</w:t>
            </w:r>
          </w:p>
        </w:tc>
        <w:tc>
          <w:tcPr>
            <w:tcW w:w="2160" w:type="dxa"/>
          </w:tcPr>
          <w:p w14:paraId="0DD8CADC" w14:textId="77777777" w:rsidR="00C8771A" w:rsidRDefault="00000000">
            <w:r>
              <w:t>Product</w:t>
            </w:r>
          </w:p>
        </w:tc>
        <w:tc>
          <w:tcPr>
            <w:tcW w:w="2160" w:type="dxa"/>
          </w:tcPr>
          <w:p w14:paraId="50EB048E" w14:textId="77777777" w:rsidR="00C8771A" w:rsidRDefault="00000000">
            <w:r>
              <w:t>Dosage</w:t>
            </w:r>
          </w:p>
        </w:tc>
        <w:tc>
          <w:tcPr>
            <w:tcW w:w="2160" w:type="dxa"/>
          </w:tcPr>
          <w:p w14:paraId="631AA2FC" w14:textId="77777777" w:rsidR="00C8771A" w:rsidRDefault="00000000">
            <w:r>
              <w:t>Next Due</w:t>
            </w:r>
          </w:p>
        </w:tc>
      </w:tr>
      <w:tr w:rsidR="00C8771A" w14:paraId="76210BD8" w14:textId="77777777">
        <w:tc>
          <w:tcPr>
            <w:tcW w:w="2160" w:type="dxa"/>
          </w:tcPr>
          <w:p w14:paraId="5B2136AA" w14:textId="77777777" w:rsidR="00C8771A" w:rsidRDefault="00C8771A"/>
        </w:tc>
        <w:tc>
          <w:tcPr>
            <w:tcW w:w="2160" w:type="dxa"/>
          </w:tcPr>
          <w:p w14:paraId="243B036F" w14:textId="77777777" w:rsidR="00C8771A" w:rsidRDefault="00C8771A"/>
        </w:tc>
        <w:tc>
          <w:tcPr>
            <w:tcW w:w="2160" w:type="dxa"/>
          </w:tcPr>
          <w:p w14:paraId="06FF6D7A" w14:textId="77777777" w:rsidR="00C8771A" w:rsidRDefault="00C8771A"/>
        </w:tc>
        <w:tc>
          <w:tcPr>
            <w:tcW w:w="2160" w:type="dxa"/>
          </w:tcPr>
          <w:p w14:paraId="1017A4FC" w14:textId="77777777" w:rsidR="00C8771A" w:rsidRDefault="00C8771A"/>
        </w:tc>
      </w:tr>
      <w:tr w:rsidR="00C8771A" w14:paraId="10172BA0" w14:textId="77777777">
        <w:tc>
          <w:tcPr>
            <w:tcW w:w="2160" w:type="dxa"/>
          </w:tcPr>
          <w:p w14:paraId="6CD0556D" w14:textId="77777777" w:rsidR="00C8771A" w:rsidRDefault="00C8771A"/>
        </w:tc>
        <w:tc>
          <w:tcPr>
            <w:tcW w:w="2160" w:type="dxa"/>
          </w:tcPr>
          <w:p w14:paraId="0F6A2F76" w14:textId="77777777" w:rsidR="00C8771A" w:rsidRDefault="00C8771A"/>
        </w:tc>
        <w:tc>
          <w:tcPr>
            <w:tcW w:w="2160" w:type="dxa"/>
          </w:tcPr>
          <w:p w14:paraId="77AB74E4" w14:textId="77777777" w:rsidR="00C8771A" w:rsidRDefault="00C8771A"/>
        </w:tc>
        <w:tc>
          <w:tcPr>
            <w:tcW w:w="2160" w:type="dxa"/>
          </w:tcPr>
          <w:p w14:paraId="07B0436C" w14:textId="77777777" w:rsidR="00C8771A" w:rsidRDefault="00C8771A"/>
        </w:tc>
      </w:tr>
      <w:tr w:rsidR="00C8771A" w14:paraId="15D8E82A" w14:textId="77777777">
        <w:tc>
          <w:tcPr>
            <w:tcW w:w="2160" w:type="dxa"/>
          </w:tcPr>
          <w:p w14:paraId="63F1651A" w14:textId="77777777" w:rsidR="00C8771A" w:rsidRDefault="00C8771A"/>
        </w:tc>
        <w:tc>
          <w:tcPr>
            <w:tcW w:w="2160" w:type="dxa"/>
          </w:tcPr>
          <w:p w14:paraId="3EC07754" w14:textId="77777777" w:rsidR="00C8771A" w:rsidRDefault="00C8771A"/>
        </w:tc>
        <w:tc>
          <w:tcPr>
            <w:tcW w:w="2160" w:type="dxa"/>
          </w:tcPr>
          <w:p w14:paraId="78AEA608" w14:textId="77777777" w:rsidR="00C8771A" w:rsidRDefault="00C8771A"/>
        </w:tc>
        <w:tc>
          <w:tcPr>
            <w:tcW w:w="2160" w:type="dxa"/>
          </w:tcPr>
          <w:p w14:paraId="5F247CE9" w14:textId="77777777" w:rsidR="00C8771A" w:rsidRDefault="00C8771A"/>
        </w:tc>
      </w:tr>
      <w:tr w:rsidR="00C8771A" w14:paraId="5EB29E3C" w14:textId="77777777">
        <w:tc>
          <w:tcPr>
            <w:tcW w:w="2160" w:type="dxa"/>
          </w:tcPr>
          <w:p w14:paraId="3D4F4DDA" w14:textId="77777777" w:rsidR="00C8771A" w:rsidRDefault="00C8771A"/>
        </w:tc>
        <w:tc>
          <w:tcPr>
            <w:tcW w:w="2160" w:type="dxa"/>
          </w:tcPr>
          <w:p w14:paraId="266A7FAF" w14:textId="77777777" w:rsidR="00C8771A" w:rsidRDefault="00C8771A"/>
        </w:tc>
        <w:tc>
          <w:tcPr>
            <w:tcW w:w="2160" w:type="dxa"/>
          </w:tcPr>
          <w:p w14:paraId="5EB12E18" w14:textId="77777777" w:rsidR="00C8771A" w:rsidRDefault="00C8771A"/>
        </w:tc>
        <w:tc>
          <w:tcPr>
            <w:tcW w:w="2160" w:type="dxa"/>
          </w:tcPr>
          <w:p w14:paraId="4E424089" w14:textId="77777777" w:rsidR="00C8771A" w:rsidRDefault="00C8771A"/>
        </w:tc>
      </w:tr>
      <w:tr w:rsidR="00C8771A" w14:paraId="71785FA2" w14:textId="77777777">
        <w:tc>
          <w:tcPr>
            <w:tcW w:w="2160" w:type="dxa"/>
          </w:tcPr>
          <w:p w14:paraId="056D552B" w14:textId="77777777" w:rsidR="00C8771A" w:rsidRDefault="00C8771A"/>
        </w:tc>
        <w:tc>
          <w:tcPr>
            <w:tcW w:w="2160" w:type="dxa"/>
          </w:tcPr>
          <w:p w14:paraId="4E68FF47" w14:textId="77777777" w:rsidR="00C8771A" w:rsidRDefault="00C8771A"/>
        </w:tc>
        <w:tc>
          <w:tcPr>
            <w:tcW w:w="2160" w:type="dxa"/>
          </w:tcPr>
          <w:p w14:paraId="2D162A86" w14:textId="77777777" w:rsidR="00C8771A" w:rsidRDefault="00C8771A"/>
        </w:tc>
        <w:tc>
          <w:tcPr>
            <w:tcW w:w="2160" w:type="dxa"/>
          </w:tcPr>
          <w:p w14:paraId="466A2774" w14:textId="77777777" w:rsidR="00C8771A" w:rsidRDefault="00C8771A"/>
        </w:tc>
      </w:tr>
      <w:tr w:rsidR="00C8771A" w14:paraId="57E8029E" w14:textId="77777777">
        <w:tc>
          <w:tcPr>
            <w:tcW w:w="2160" w:type="dxa"/>
          </w:tcPr>
          <w:p w14:paraId="31F9C988" w14:textId="77777777" w:rsidR="00C8771A" w:rsidRDefault="00C8771A"/>
        </w:tc>
        <w:tc>
          <w:tcPr>
            <w:tcW w:w="2160" w:type="dxa"/>
          </w:tcPr>
          <w:p w14:paraId="56B52DA9" w14:textId="77777777" w:rsidR="00C8771A" w:rsidRDefault="00C8771A"/>
        </w:tc>
        <w:tc>
          <w:tcPr>
            <w:tcW w:w="2160" w:type="dxa"/>
          </w:tcPr>
          <w:p w14:paraId="7FA5A2A1" w14:textId="77777777" w:rsidR="00C8771A" w:rsidRDefault="00C8771A"/>
        </w:tc>
        <w:tc>
          <w:tcPr>
            <w:tcW w:w="2160" w:type="dxa"/>
          </w:tcPr>
          <w:p w14:paraId="105CEC75" w14:textId="77777777" w:rsidR="00C8771A" w:rsidRDefault="00C8771A"/>
        </w:tc>
      </w:tr>
      <w:tr w:rsidR="00C8771A" w14:paraId="77D262FA" w14:textId="77777777">
        <w:tc>
          <w:tcPr>
            <w:tcW w:w="2160" w:type="dxa"/>
          </w:tcPr>
          <w:p w14:paraId="7AB9577D" w14:textId="77777777" w:rsidR="00C8771A" w:rsidRDefault="00C8771A"/>
        </w:tc>
        <w:tc>
          <w:tcPr>
            <w:tcW w:w="2160" w:type="dxa"/>
          </w:tcPr>
          <w:p w14:paraId="335E4C6C" w14:textId="77777777" w:rsidR="00C8771A" w:rsidRDefault="00C8771A"/>
        </w:tc>
        <w:tc>
          <w:tcPr>
            <w:tcW w:w="2160" w:type="dxa"/>
          </w:tcPr>
          <w:p w14:paraId="43A6A85F" w14:textId="77777777" w:rsidR="00C8771A" w:rsidRDefault="00C8771A"/>
        </w:tc>
        <w:tc>
          <w:tcPr>
            <w:tcW w:w="2160" w:type="dxa"/>
          </w:tcPr>
          <w:p w14:paraId="6B9615E2" w14:textId="77777777" w:rsidR="00C8771A" w:rsidRDefault="00C8771A"/>
        </w:tc>
      </w:tr>
      <w:tr w:rsidR="00C8771A" w14:paraId="58AB7527" w14:textId="77777777">
        <w:tc>
          <w:tcPr>
            <w:tcW w:w="2160" w:type="dxa"/>
          </w:tcPr>
          <w:p w14:paraId="5D2C15F7" w14:textId="77777777" w:rsidR="00C8771A" w:rsidRDefault="00C8771A"/>
        </w:tc>
        <w:tc>
          <w:tcPr>
            <w:tcW w:w="2160" w:type="dxa"/>
          </w:tcPr>
          <w:p w14:paraId="7F539C63" w14:textId="77777777" w:rsidR="00C8771A" w:rsidRDefault="00C8771A"/>
        </w:tc>
        <w:tc>
          <w:tcPr>
            <w:tcW w:w="2160" w:type="dxa"/>
          </w:tcPr>
          <w:p w14:paraId="45A3853D" w14:textId="77777777" w:rsidR="00C8771A" w:rsidRDefault="00C8771A"/>
        </w:tc>
        <w:tc>
          <w:tcPr>
            <w:tcW w:w="2160" w:type="dxa"/>
          </w:tcPr>
          <w:p w14:paraId="2D3B57FE" w14:textId="77777777" w:rsidR="00C8771A" w:rsidRDefault="00C8771A"/>
        </w:tc>
      </w:tr>
    </w:tbl>
    <w:p w14:paraId="44BA36C1" w14:textId="77777777" w:rsidR="00C8771A" w:rsidRDefault="00000000">
      <w:pPr>
        <w:pStyle w:val="Heading1"/>
      </w:pPr>
      <w:r>
        <w:t>Flea &amp; Tick Treatments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C8771A" w14:paraId="0C87B742" w14:textId="77777777">
        <w:tc>
          <w:tcPr>
            <w:tcW w:w="2160" w:type="dxa"/>
          </w:tcPr>
          <w:p w14:paraId="36D35EEF" w14:textId="77777777" w:rsidR="00C8771A" w:rsidRDefault="00000000">
            <w:r>
              <w:t>Date</w:t>
            </w:r>
          </w:p>
        </w:tc>
        <w:tc>
          <w:tcPr>
            <w:tcW w:w="2160" w:type="dxa"/>
          </w:tcPr>
          <w:p w14:paraId="65EDC1FA" w14:textId="77777777" w:rsidR="00C8771A" w:rsidRDefault="00000000">
            <w:r>
              <w:t>Product</w:t>
            </w:r>
          </w:p>
        </w:tc>
        <w:tc>
          <w:tcPr>
            <w:tcW w:w="2160" w:type="dxa"/>
          </w:tcPr>
          <w:p w14:paraId="6D3774C6" w14:textId="77777777" w:rsidR="00C8771A" w:rsidRDefault="00000000">
            <w:r>
              <w:t>Dosage</w:t>
            </w:r>
          </w:p>
        </w:tc>
        <w:tc>
          <w:tcPr>
            <w:tcW w:w="2160" w:type="dxa"/>
          </w:tcPr>
          <w:p w14:paraId="0387D1C9" w14:textId="77777777" w:rsidR="00C8771A" w:rsidRDefault="00000000">
            <w:r>
              <w:t>Next Due</w:t>
            </w:r>
          </w:p>
        </w:tc>
      </w:tr>
      <w:tr w:rsidR="00C8771A" w14:paraId="730AC1DE" w14:textId="77777777">
        <w:tc>
          <w:tcPr>
            <w:tcW w:w="2160" w:type="dxa"/>
          </w:tcPr>
          <w:p w14:paraId="4D8E0B09" w14:textId="77777777" w:rsidR="00C8771A" w:rsidRDefault="00C8771A"/>
        </w:tc>
        <w:tc>
          <w:tcPr>
            <w:tcW w:w="2160" w:type="dxa"/>
          </w:tcPr>
          <w:p w14:paraId="5D4A2A9D" w14:textId="77777777" w:rsidR="00C8771A" w:rsidRDefault="00C8771A"/>
        </w:tc>
        <w:tc>
          <w:tcPr>
            <w:tcW w:w="2160" w:type="dxa"/>
          </w:tcPr>
          <w:p w14:paraId="0151BAC8" w14:textId="77777777" w:rsidR="00C8771A" w:rsidRDefault="00C8771A"/>
        </w:tc>
        <w:tc>
          <w:tcPr>
            <w:tcW w:w="2160" w:type="dxa"/>
          </w:tcPr>
          <w:p w14:paraId="377733CB" w14:textId="77777777" w:rsidR="00C8771A" w:rsidRDefault="00C8771A"/>
        </w:tc>
      </w:tr>
      <w:tr w:rsidR="00C8771A" w14:paraId="63D54599" w14:textId="77777777">
        <w:tc>
          <w:tcPr>
            <w:tcW w:w="2160" w:type="dxa"/>
          </w:tcPr>
          <w:p w14:paraId="7EBC661E" w14:textId="77777777" w:rsidR="00C8771A" w:rsidRDefault="00C8771A"/>
        </w:tc>
        <w:tc>
          <w:tcPr>
            <w:tcW w:w="2160" w:type="dxa"/>
          </w:tcPr>
          <w:p w14:paraId="1CA69280" w14:textId="77777777" w:rsidR="00C8771A" w:rsidRDefault="00C8771A"/>
        </w:tc>
        <w:tc>
          <w:tcPr>
            <w:tcW w:w="2160" w:type="dxa"/>
          </w:tcPr>
          <w:p w14:paraId="3D4EE6E2" w14:textId="77777777" w:rsidR="00C8771A" w:rsidRDefault="00C8771A"/>
        </w:tc>
        <w:tc>
          <w:tcPr>
            <w:tcW w:w="2160" w:type="dxa"/>
          </w:tcPr>
          <w:p w14:paraId="16FC304A" w14:textId="77777777" w:rsidR="00C8771A" w:rsidRDefault="00C8771A"/>
        </w:tc>
      </w:tr>
      <w:tr w:rsidR="00C8771A" w14:paraId="5311C024" w14:textId="77777777">
        <w:tc>
          <w:tcPr>
            <w:tcW w:w="2160" w:type="dxa"/>
          </w:tcPr>
          <w:p w14:paraId="07DBD9B3" w14:textId="77777777" w:rsidR="00C8771A" w:rsidRDefault="00C8771A"/>
        </w:tc>
        <w:tc>
          <w:tcPr>
            <w:tcW w:w="2160" w:type="dxa"/>
          </w:tcPr>
          <w:p w14:paraId="183B56B6" w14:textId="77777777" w:rsidR="00C8771A" w:rsidRDefault="00C8771A"/>
        </w:tc>
        <w:tc>
          <w:tcPr>
            <w:tcW w:w="2160" w:type="dxa"/>
          </w:tcPr>
          <w:p w14:paraId="377A3DD0" w14:textId="77777777" w:rsidR="00C8771A" w:rsidRDefault="00C8771A"/>
        </w:tc>
        <w:tc>
          <w:tcPr>
            <w:tcW w:w="2160" w:type="dxa"/>
          </w:tcPr>
          <w:p w14:paraId="67A22928" w14:textId="77777777" w:rsidR="00C8771A" w:rsidRDefault="00C8771A"/>
        </w:tc>
      </w:tr>
      <w:tr w:rsidR="00C8771A" w14:paraId="1833B57F" w14:textId="77777777">
        <w:tc>
          <w:tcPr>
            <w:tcW w:w="2160" w:type="dxa"/>
          </w:tcPr>
          <w:p w14:paraId="6B051265" w14:textId="77777777" w:rsidR="00C8771A" w:rsidRDefault="00C8771A"/>
        </w:tc>
        <w:tc>
          <w:tcPr>
            <w:tcW w:w="2160" w:type="dxa"/>
          </w:tcPr>
          <w:p w14:paraId="3C9FAD6B" w14:textId="77777777" w:rsidR="00C8771A" w:rsidRDefault="00C8771A"/>
        </w:tc>
        <w:tc>
          <w:tcPr>
            <w:tcW w:w="2160" w:type="dxa"/>
          </w:tcPr>
          <w:p w14:paraId="54CCBDF5" w14:textId="77777777" w:rsidR="00C8771A" w:rsidRDefault="00C8771A"/>
        </w:tc>
        <w:tc>
          <w:tcPr>
            <w:tcW w:w="2160" w:type="dxa"/>
          </w:tcPr>
          <w:p w14:paraId="4DA042E9" w14:textId="77777777" w:rsidR="00C8771A" w:rsidRDefault="00C8771A"/>
        </w:tc>
      </w:tr>
      <w:tr w:rsidR="00C8771A" w14:paraId="497F0108" w14:textId="77777777">
        <w:tc>
          <w:tcPr>
            <w:tcW w:w="2160" w:type="dxa"/>
          </w:tcPr>
          <w:p w14:paraId="12C67C3E" w14:textId="77777777" w:rsidR="00C8771A" w:rsidRDefault="00C8771A"/>
        </w:tc>
        <w:tc>
          <w:tcPr>
            <w:tcW w:w="2160" w:type="dxa"/>
          </w:tcPr>
          <w:p w14:paraId="6399055A" w14:textId="77777777" w:rsidR="00C8771A" w:rsidRDefault="00C8771A"/>
        </w:tc>
        <w:tc>
          <w:tcPr>
            <w:tcW w:w="2160" w:type="dxa"/>
          </w:tcPr>
          <w:p w14:paraId="006F3BB2" w14:textId="77777777" w:rsidR="00C8771A" w:rsidRDefault="00C8771A"/>
        </w:tc>
        <w:tc>
          <w:tcPr>
            <w:tcW w:w="2160" w:type="dxa"/>
          </w:tcPr>
          <w:p w14:paraId="4651C1A7" w14:textId="77777777" w:rsidR="00C8771A" w:rsidRDefault="00C8771A"/>
        </w:tc>
      </w:tr>
      <w:tr w:rsidR="00C8771A" w14:paraId="3B5B1E6A" w14:textId="77777777">
        <w:tc>
          <w:tcPr>
            <w:tcW w:w="2160" w:type="dxa"/>
          </w:tcPr>
          <w:p w14:paraId="28575B49" w14:textId="77777777" w:rsidR="00C8771A" w:rsidRDefault="00C8771A"/>
        </w:tc>
        <w:tc>
          <w:tcPr>
            <w:tcW w:w="2160" w:type="dxa"/>
          </w:tcPr>
          <w:p w14:paraId="3A55CF05" w14:textId="77777777" w:rsidR="00C8771A" w:rsidRDefault="00C8771A"/>
        </w:tc>
        <w:tc>
          <w:tcPr>
            <w:tcW w:w="2160" w:type="dxa"/>
          </w:tcPr>
          <w:p w14:paraId="08F3C1F2" w14:textId="77777777" w:rsidR="00C8771A" w:rsidRDefault="00C8771A"/>
        </w:tc>
        <w:tc>
          <w:tcPr>
            <w:tcW w:w="2160" w:type="dxa"/>
          </w:tcPr>
          <w:p w14:paraId="0A640D33" w14:textId="77777777" w:rsidR="00C8771A" w:rsidRDefault="00C8771A"/>
        </w:tc>
      </w:tr>
      <w:tr w:rsidR="00C8771A" w14:paraId="2059170F" w14:textId="77777777">
        <w:tc>
          <w:tcPr>
            <w:tcW w:w="2160" w:type="dxa"/>
          </w:tcPr>
          <w:p w14:paraId="31AAADE3" w14:textId="77777777" w:rsidR="00C8771A" w:rsidRDefault="00C8771A"/>
        </w:tc>
        <w:tc>
          <w:tcPr>
            <w:tcW w:w="2160" w:type="dxa"/>
          </w:tcPr>
          <w:p w14:paraId="7BDDAE16" w14:textId="77777777" w:rsidR="00C8771A" w:rsidRDefault="00C8771A"/>
        </w:tc>
        <w:tc>
          <w:tcPr>
            <w:tcW w:w="2160" w:type="dxa"/>
          </w:tcPr>
          <w:p w14:paraId="026C6CEB" w14:textId="77777777" w:rsidR="00C8771A" w:rsidRDefault="00C8771A"/>
        </w:tc>
        <w:tc>
          <w:tcPr>
            <w:tcW w:w="2160" w:type="dxa"/>
          </w:tcPr>
          <w:p w14:paraId="149B2EA4" w14:textId="77777777" w:rsidR="00C8771A" w:rsidRDefault="00C8771A"/>
        </w:tc>
      </w:tr>
      <w:tr w:rsidR="00C8771A" w14:paraId="4C9779DB" w14:textId="77777777">
        <w:tc>
          <w:tcPr>
            <w:tcW w:w="2160" w:type="dxa"/>
          </w:tcPr>
          <w:p w14:paraId="14D65DE3" w14:textId="77777777" w:rsidR="00C8771A" w:rsidRDefault="00C8771A"/>
        </w:tc>
        <w:tc>
          <w:tcPr>
            <w:tcW w:w="2160" w:type="dxa"/>
          </w:tcPr>
          <w:p w14:paraId="7EDC9338" w14:textId="77777777" w:rsidR="00C8771A" w:rsidRDefault="00C8771A"/>
        </w:tc>
        <w:tc>
          <w:tcPr>
            <w:tcW w:w="2160" w:type="dxa"/>
          </w:tcPr>
          <w:p w14:paraId="6F08CFAA" w14:textId="77777777" w:rsidR="00C8771A" w:rsidRDefault="00C8771A"/>
        </w:tc>
        <w:tc>
          <w:tcPr>
            <w:tcW w:w="2160" w:type="dxa"/>
          </w:tcPr>
          <w:p w14:paraId="4013A46B" w14:textId="77777777" w:rsidR="00C8771A" w:rsidRDefault="00C8771A"/>
        </w:tc>
      </w:tr>
    </w:tbl>
    <w:p w14:paraId="6A2AB05B" w14:textId="77777777" w:rsidR="00C8771A" w:rsidRDefault="00000000">
      <w:r>
        <w:br w:type="page"/>
      </w:r>
    </w:p>
    <w:p w14:paraId="02BC7F2F" w14:textId="77777777" w:rsidR="00C8771A" w:rsidRDefault="00000000">
      <w:pPr>
        <w:pStyle w:val="Heading1"/>
      </w:pPr>
      <w:r>
        <w:lastRenderedPageBreak/>
        <w:t>Weight &amp; Growth Tracker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C8771A" w14:paraId="20797EE1" w14:textId="77777777">
        <w:tc>
          <w:tcPr>
            <w:tcW w:w="2880" w:type="dxa"/>
          </w:tcPr>
          <w:p w14:paraId="1467E5AD" w14:textId="77777777" w:rsidR="00C8771A" w:rsidRDefault="00000000">
            <w:r>
              <w:t>Date</w:t>
            </w:r>
          </w:p>
        </w:tc>
        <w:tc>
          <w:tcPr>
            <w:tcW w:w="2880" w:type="dxa"/>
          </w:tcPr>
          <w:p w14:paraId="70E2C8C8" w14:textId="77777777" w:rsidR="00C8771A" w:rsidRDefault="00000000">
            <w:r>
              <w:t>Weight</w:t>
            </w:r>
          </w:p>
        </w:tc>
        <w:tc>
          <w:tcPr>
            <w:tcW w:w="2880" w:type="dxa"/>
          </w:tcPr>
          <w:p w14:paraId="473D9492" w14:textId="77777777" w:rsidR="00C8771A" w:rsidRDefault="00000000">
            <w:r>
              <w:t>Notes</w:t>
            </w:r>
          </w:p>
        </w:tc>
      </w:tr>
      <w:tr w:rsidR="00C8771A" w14:paraId="6A344B42" w14:textId="77777777">
        <w:tc>
          <w:tcPr>
            <w:tcW w:w="2880" w:type="dxa"/>
          </w:tcPr>
          <w:p w14:paraId="70054F68" w14:textId="77777777" w:rsidR="00C8771A" w:rsidRDefault="00C8771A"/>
        </w:tc>
        <w:tc>
          <w:tcPr>
            <w:tcW w:w="2880" w:type="dxa"/>
          </w:tcPr>
          <w:p w14:paraId="16C44889" w14:textId="77777777" w:rsidR="00C8771A" w:rsidRDefault="00C8771A"/>
        </w:tc>
        <w:tc>
          <w:tcPr>
            <w:tcW w:w="2880" w:type="dxa"/>
          </w:tcPr>
          <w:p w14:paraId="031F7E13" w14:textId="77777777" w:rsidR="00C8771A" w:rsidRDefault="00C8771A"/>
        </w:tc>
      </w:tr>
      <w:tr w:rsidR="00C8771A" w14:paraId="3F948724" w14:textId="77777777">
        <w:tc>
          <w:tcPr>
            <w:tcW w:w="2880" w:type="dxa"/>
          </w:tcPr>
          <w:p w14:paraId="73381132" w14:textId="77777777" w:rsidR="00C8771A" w:rsidRDefault="00C8771A"/>
        </w:tc>
        <w:tc>
          <w:tcPr>
            <w:tcW w:w="2880" w:type="dxa"/>
          </w:tcPr>
          <w:p w14:paraId="48F8A36C" w14:textId="77777777" w:rsidR="00C8771A" w:rsidRDefault="00C8771A"/>
        </w:tc>
        <w:tc>
          <w:tcPr>
            <w:tcW w:w="2880" w:type="dxa"/>
          </w:tcPr>
          <w:p w14:paraId="05A2549C" w14:textId="77777777" w:rsidR="00C8771A" w:rsidRDefault="00C8771A"/>
        </w:tc>
      </w:tr>
      <w:tr w:rsidR="00C8771A" w14:paraId="18FCD709" w14:textId="77777777">
        <w:tc>
          <w:tcPr>
            <w:tcW w:w="2880" w:type="dxa"/>
          </w:tcPr>
          <w:p w14:paraId="401138D5" w14:textId="77777777" w:rsidR="00C8771A" w:rsidRDefault="00C8771A"/>
        </w:tc>
        <w:tc>
          <w:tcPr>
            <w:tcW w:w="2880" w:type="dxa"/>
          </w:tcPr>
          <w:p w14:paraId="6FBE2B87" w14:textId="77777777" w:rsidR="00C8771A" w:rsidRDefault="00C8771A"/>
        </w:tc>
        <w:tc>
          <w:tcPr>
            <w:tcW w:w="2880" w:type="dxa"/>
          </w:tcPr>
          <w:p w14:paraId="6D98C650" w14:textId="77777777" w:rsidR="00C8771A" w:rsidRDefault="00C8771A"/>
        </w:tc>
      </w:tr>
      <w:tr w:rsidR="00C8771A" w14:paraId="39A1E7CA" w14:textId="77777777">
        <w:tc>
          <w:tcPr>
            <w:tcW w:w="2880" w:type="dxa"/>
          </w:tcPr>
          <w:p w14:paraId="36D2445E" w14:textId="77777777" w:rsidR="00C8771A" w:rsidRDefault="00C8771A"/>
        </w:tc>
        <w:tc>
          <w:tcPr>
            <w:tcW w:w="2880" w:type="dxa"/>
          </w:tcPr>
          <w:p w14:paraId="3B95AAA8" w14:textId="77777777" w:rsidR="00C8771A" w:rsidRDefault="00C8771A"/>
        </w:tc>
        <w:tc>
          <w:tcPr>
            <w:tcW w:w="2880" w:type="dxa"/>
          </w:tcPr>
          <w:p w14:paraId="77C0C712" w14:textId="77777777" w:rsidR="00C8771A" w:rsidRDefault="00C8771A"/>
        </w:tc>
      </w:tr>
      <w:tr w:rsidR="00C8771A" w14:paraId="2B5569C7" w14:textId="77777777">
        <w:tc>
          <w:tcPr>
            <w:tcW w:w="2880" w:type="dxa"/>
          </w:tcPr>
          <w:p w14:paraId="1345F997" w14:textId="77777777" w:rsidR="00C8771A" w:rsidRDefault="00C8771A"/>
        </w:tc>
        <w:tc>
          <w:tcPr>
            <w:tcW w:w="2880" w:type="dxa"/>
          </w:tcPr>
          <w:p w14:paraId="7E84DB16" w14:textId="77777777" w:rsidR="00C8771A" w:rsidRDefault="00C8771A"/>
        </w:tc>
        <w:tc>
          <w:tcPr>
            <w:tcW w:w="2880" w:type="dxa"/>
          </w:tcPr>
          <w:p w14:paraId="49D5D4E6" w14:textId="77777777" w:rsidR="00C8771A" w:rsidRDefault="00C8771A"/>
        </w:tc>
      </w:tr>
      <w:tr w:rsidR="00C8771A" w14:paraId="385F7D86" w14:textId="77777777">
        <w:tc>
          <w:tcPr>
            <w:tcW w:w="2880" w:type="dxa"/>
          </w:tcPr>
          <w:p w14:paraId="06C7B231" w14:textId="77777777" w:rsidR="00C8771A" w:rsidRDefault="00C8771A"/>
        </w:tc>
        <w:tc>
          <w:tcPr>
            <w:tcW w:w="2880" w:type="dxa"/>
          </w:tcPr>
          <w:p w14:paraId="360BAC70" w14:textId="77777777" w:rsidR="00C8771A" w:rsidRDefault="00C8771A"/>
        </w:tc>
        <w:tc>
          <w:tcPr>
            <w:tcW w:w="2880" w:type="dxa"/>
          </w:tcPr>
          <w:p w14:paraId="78E305B9" w14:textId="77777777" w:rsidR="00C8771A" w:rsidRDefault="00C8771A"/>
        </w:tc>
      </w:tr>
      <w:tr w:rsidR="00C8771A" w14:paraId="7FE02A27" w14:textId="77777777">
        <w:tc>
          <w:tcPr>
            <w:tcW w:w="2880" w:type="dxa"/>
          </w:tcPr>
          <w:p w14:paraId="425F4623" w14:textId="77777777" w:rsidR="00C8771A" w:rsidRDefault="00C8771A"/>
        </w:tc>
        <w:tc>
          <w:tcPr>
            <w:tcW w:w="2880" w:type="dxa"/>
          </w:tcPr>
          <w:p w14:paraId="5C1278FE" w14:textId="77777777" w:rsidR="00C8771A" w:rsidRDefault="00C8771A"/>
        </w:tc>
        <w:tc>
          <w:tcPr>
            <w:tcW w:w="2880" w:type="dxa"/>
          </w:tcPr>
          <w:p w14:paraId="4BB87EAA" w14:textId="77777777" w:rsidR="00C8771A" w:rsidRDefault="00C8771A"/>
        </w:tc>
      </w:tr>
      <w:tr w:rsidR="00C8771A" w14:paraId="2F561A0C" w14:textId="77777777">
        <w:tc>
          <w:tcPr>
            <w:tcW w:w="2880" w:type="dxa"/>
          </w:tcPr>
          <w:p w14:paraId="55BE17AC" w14:textId="77777777" w:rsidR="00C8771A" w:rsidRDefault="00C8771A"/>
        </w:tc>
        <w:tc>
          <w:tcPr>
            <w:tcW w:w="2880" w:type="dxa"/>
          </w:tcPr>
          <w:p w14:paraId="789F04E9" w14:textId="77777777" w:rsidR="00C8771A" w:rsidRDefault="00C8771A"/>
        </w:tc>
        <w:tc>
          <w:tcPr>
            <w:tcW w:w="2880" w:type="dxa"/>
          </w:tcPr>
          <w:p w14:paraId="078C6046" w14:textId="77777777" w:rsidR="00C8771A" w:rsidRDefault="00C8771A"/>
        </w:tc>
      </w:tr>
      <w:tr w:rsidR="00C8771A" w14:paraId="600C171F" w14:textId="77777777">
        <w:tc>
          <w:tcPr>
            <w:tcW w:w="2880" w:type="dxa"/>
          </w:tcPr>
          <w:p w14:paraId="1532162E" w14:textId="77777777" w:rsidR="00C8771A" w:rsidRDefault="00C8771A"/>
        </w:tc>
        <w:tc>
          <w:tcPr>
            <w:tcW w:w="2880" w:type="dxa"/>
          </w:tcPr>
          <w:p w14:paraId="3D8991B1" w14:textId="77777777" w:rsidR="00C8771A" w:rsidRDefault="00C8771A"/>
        </w:tc>
        <w:tc>
          <w:tcPr>
            <w:tcW w:w="2880" w:type="dxa"/>
          </w:tcPr>
          <w:p w14:paraId="61A708DE" w14:textId="77777777" w:rsidR="00C8771A" w:rsidRDefault="00C8771A"/>
        </w:tc>
      </w:tr>
      <w:tr w:rsidR="00C8771A" w14:paraId="665CA9AA" w14:textId="77777777">
        <w:tc>
          <w:tcPr>
            <w:tcW w:w="2880" w:type="dxa"/>
          </w:tcPr>
          <w:p w14:paraId="4ADFDE5F" w14:textId="77777777" w:rsidR="00C8771A" w:rsidRDefault="00C8771A"/>
        </w:tc>
        <w:tc>
          <w:tcPr>
            <w:tcW w:w="2880" w:type="dxa"/>
          </w:tcPr>
          <w:p w14:paraId="0962C1C0" w14:textId="77777777" w:rsidR="00C8771A" w:rsidRDefault="00C8771A"/>
        </w:tc>
        <w:tc>
          <w:tcPr>
            <w:tcW w:w="2880" w:type="dxa"/>
          </w:tcPr>
          <w:p w14:paraId="2CAF910F" w14:textId="77777777" w:rsidR="00C8771A" w:rsidRDefault="00C8771A"/>
        </w:tc>
      </w:tr>
      <w:tr w:rsidR="00C8771A" w14:paraId="00189829" w14:textId="77777777">
        <w:tc>
          <w:tcPr>
            <w:tcW w:w="2880" w:type="dxa"/>
          </w:tcPr>
          <w:p w14:paraId="0BE5C7F6" w14:textId="77777777" w:rsidR="00C8771A" w:rsidRDefault="00C8771A"/>
        </w:tc>
        <w:tc>
          <w:tcPr>
            <w:tcW w:w="2880" w:type="dxa"/>
          </w:tcPr>
          <w:p w14:paraId="0934DCBF" w14:textId="77777777" w:rsidR="00C8771A" w:rsidRDefault="00C8771A"/>
        </w:tc>
        <w:tc>
          <w:tcPr>
            <w:tcW w:w="2880" w:type="dxa"/>
          </w:tcPr>
          <w:p w14:paraId="4C053D97" w14:textId="77777777" w:rsidR="00C8771A" w:rsidRDefault="00C8771A"/>
        </w:tc>
      </w:tr>
      <w:tr w:rsidR="00C8771A" w14:paraId="22D82AA8" w14:textId="77777777">
        <w:tc>
          <w:tcPr>
            <w:tcW w:w="2880" w:type="dxa"/>
          </w:tcPr>
          <w:p w14:paraId="4A920940" w14:textId="77777777" w:rsidR="00C8771A" w:rsidRDefault="00C8771A"/>
        </w:tc>
        <w:tc>
          <w:tcPr>
            <w:tcW w:w="2880" w:type="dxa"/>
          </w:tcPr>
          <w:p w14:paraId="5F79CA78" w14:textId="77777777" w:rsidR="00C8771A" w:rsidRDefault="00C8771A"/>
        </w:tc>
        <w:tc>
          <w:tcPr>
            <w:tcW w:w="2880" w:type="dxa"/>
          </w:tcPr>
          <w:p w14:paraId="5E594C7C" w14:textId="77777777" w:rsidR="00C8771A" w:rsidRDefault="00C8771A"/>
        </w:tc>
      </w:tr>
    </w:tbl>
    <w:p w14:paraId="59E9414D" w14:textId="77777777" w:rsidR="00C8771A" w:rsidRDefault="00000000">
      <w:pPr>
        <w:pStyle w:val="Heading1"/>
      </w:pPr>
      <w:r>
        <w:t>Vet Visits &amp; Medical Notes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C8771A" w14:paraId="0211C9E8" w14:textId="77777777">
        <w:tc>
          <w:tcPr>
            <w:tcW w:w="2160" w:type="dxa"/>
          </w:tcPr>
          <w:p w14:paraId="647B11BE" w14:textId="77777777" w:rsidR="00C8771A" w:rsidRDefault="00000000">
            <w:r>
              <w:t>Date</w:t>
            </w:r>
          </w:p>
        </w:tc>
        <w:tc>
          <w:tcPr>
            <w:tcW w:w="2160" w:type="dxa"/>
          </w:tcPr>
          <w:p w14:paraId="6064A001" w14:textId="77777777" w:rsidR="00C8771A" w:rsidRDefault="00000000">
            <w:r>
              <w:t>Reason</w:t>
            </w:r>
          </w:p>
        </w:tc>
        <w:tc>
          <w:tcPr>
            <w:tcW w:w="2160" w:type="dxa"/>
          </w:tcPr>
          <w:p w14:paraId="0F5B3B7B" w14:textId="77777777" w:rsidR="00C8771A" w:rsidRDefault="00000000">
            <w:r>
              <w:t>Treatment/Advice</w:t>
            </w:r>
          </w:p>
        </w:tc>
        <w:tc>
          <w:tcPr>
            <w:tcW w:w="2160" w:type="dxa"/>
          </w:tcPr>
          <w:p w14:paraId="3A058D7D" w14:textId="77777777" w:rsidR="00C8771A" w:rsidRDefault="00000000">
            <w:r>
              <w:t>Follow Up</w:t>
            </w:r>
          </w:p>
        </w:tc>
      </w:tr>
      <w:tr w:rsidR="00C8771A" w14:paraId="2214BA1E" w14:textId="77777777">
        <w:tc>
          <w:tcPr>
            <w:tcW w:w="2160" w:type="dxa"/>
          </w:tcPr>
          <w:p w14:paraId="7F7B866B" w14:textId="77777777" w:rsidR="00C8771A" w:rsidRDefault="00C8771A"/>
        </w:tc>
        <w:tc>
          <w:tcPr>
            <w:tcW w:w="2160" w:type="dxa"/>
          </w:tcPr>
          <w:p w14:paraId="40E0BF78" w14:textId="77777777" w:rsidR="00C8771A" w:rsidRDefault="00C8771A"/>
        </w:tc>
        <w:tc>
          <w:tcPr>
            <w:tcW w:w="2160" w:type="dxa"/>
          </w:tcPr>
          <w:p w14:paraId="091E2E19" w14:textId="77777777" w:rsidR="00C8771A" w:rsidRDefault="00C8771A"/>
        </w:tc>
        <w:tc>
          <w:tcPr>
            <w:tcW w:w="2160" w:type="dxa"/>
          </w:tcPr>
          <w:p w14:paraId="65DB1DD7" w14:textId="77777777" w:rsidR="00C8771A" w:rsidRDefault="00C8771A"/>
        </w:tc>
      </w:tr>
      <w:tr w:rsidR="00C8771A" w14:paraId="74E1D81F" w14:textId="77777777">
        <w:tc>
          <w:tcPr>
            <w:tcW w:w="2160" w:type="dxa"/>
          </w:tcPr>
          <w:p w14:paraId="1034D1CA" w14:textId="77777777" w:rsidR="00C8771A" w:rsidRDefault="00C8771A"/>
        </w:tc>
        <w:tc>
          <w:tcPr>
            <w:tcW w:w="2160" w:type="dxa"/>
          </w:tcPr>
          <w:p w14:paraId="5560F166" w14:textId="77777777" w:rsidR="00C8771A" w:rsidRDefault="00C8771A"/>
        </w:tc>
        <w:tc>
          <w:tcPr>
            <w:tcW w:w="2160" w:type="dxa"/>
          </w:tcPr>
          <w:p w14:paraId="0319A6AE" w14:textId="77777777" w:rsidR="00C8771A" w:rsidRDefault="00C8771A"/>
        </w:tc>
        <w:tc>
          <w:tcPr>
            <w:tcW w:w="2160" w:type="dxa"/>
          </w:tcPr>
          <w:p w14:paraId="0A1C25C6" w14:textId="77777777" w:rsidR="00C8771A" w:rsidRDefault="00C8771A"/>
        </w:tc>
      </w:tr>
      <w:tr w:rsidR="00C8771A" w14:paraId="381CBDEF" w14:textId="77777777">
        <w:tc>
          <w:tcPr>
            <w:tcW w:w="2160" w:type="dxa"/>
          </w:tcPr>
          <w:p w14:paraId="172D2121" w14:textId="77777777" w:rsidR="00C8771A" w:rsidRDefault="00C8771A"/>
        </w:tc>
        <w:tc>
          <w:tcPr>
            <w:tcW w:w="2160" w:type="dxa"/>
          </w:tcPr>
          <w:p w14:paraId="395CAD8E" w14:textId="77777777" w:rsidR="00C8771A" w:rsidRDefault="00C8771A"/>
        </w:tc>
        <w:tc>
          <w:tcPr>
            <w:tcW w:w="2160" w:type="dxa"/>
          </w:tcPr>
          <w:p w14:paraId="337AEDC3" w14:textId="77777777" w:rsidR="00C8771A" w:rsidRDefault="00C8771A"/>
        </w:tc>
        <w:tc>
          <w:tcPr>
            <w:tcW w:w="2160" w:type="dxa"/>
          </w:tcPr>
          <w:p w14:paraId="0E002F21" w14:textId="77777777" w:rsidR="00C8771A" w:rsidRDefault="00C8771A"/>
        </w:tc>
      </w:tr>
      <w:tr w:rsidR="00C8771A" w14:paraId="2478134A" w14:textId="77777777">
        <w:tc>
          <w:tcPr>
            <w:tcW w:w="2160" w:type="dxa"/>
          </w:tcPr>
          <w:p w14:paraId="41AF5576" w14:textId="77777777" w:rsidR="00C8771A" w:rsidRDefault="00C8771A"/>
        </w:tc>
        <w:tc>
          <w:tcPr>
            <w:tcW w:w="2160" w:type="dxa"/>
          </w:tcPr>
          <w:p w14:paraId="7E6E6F53" w14:textId="77777777" w:rsidR="00C8771A" w:rsidRDefault="00C8771A"/>
        </w:tc>
        <w:tc>
          <w:tcPr>
            <w:tcW w:w="2160" w:type="dxa"/>
          </w:tcPr>
          <w:p w14:paraId="6DB1ACB9" w14:textId="77777777" w:rsidR="00C8771A" w:rsidRDefault="00C8771A"/>
        </w:tc>
        <w:tc>
          <w:tcPr>
            <w:tcW w:w="2160" w:type="dxa"/>
          </w:tcPr>
          <w:p w14:paraId="543C32DC" w14:textId="77777777" w:rsidR="00C8771A" w:rsidRDefault="00C8771A"/>
        </w:tc>
      </w:tr>
      <w:tr w:rsidR="00C8771A" w14:paraId="2C4B4D3B" w14:textId="77777777">
        <w:tc>
          <w:tcPr>
            <w:tcW w:w="2160" w:type="dxa"/>
          </w:tcPr>
          <w:p w14:paraId="2D88D0E8" w14:textId="77777777" w:rsidR="00C8771A" w:rsidRDefault="00C8771A"/>
        </w:tc>
        <w:tc>
          <w:tcPr>
            <w:tcW w:w="2160" w:type="dxa"/>
          </w:tcPr>
          <w:p w14:paraId="74C311A5" w14:textId="77777777" w:rsidR="00C8771A" w:rsidRDefault="00C8771A"/>
        </w:tc>
        <w:tc>
          <w:tcPr>
            <w:tcW w:w="2160" w:type="dxa"/>
          </w:tcPr>
          <w:p w14:paraId="7A88DE13" w14:textId="77777777" w:rsidR="00C8771A" w:rsidRDefault="00C8771A"/>
        </w:tc>
        <w:tc>
          <w:tcPr>
            <w:tcW w:w="2160" w:type="dxa"/>
          </w:tcPr>
          <w:p w14:paraId="6FBC77C2" w14:textId="77777777" w:rsidR="00C8771A" w:rsidRDefault="00C8771A"/>
        </w:tc>
      </w:tr>
      <w:tr w:rsidR="00C8771A" w14:paraId="7AA0CCE3" w14:textId="77777777">
        <w:tc>
          <w:tcPr>
            <w:tcW w:w="2160" w:type="dxa"/>
          </w:tcPr>
          <w:p w14:paraId="5FDE9EBB" w14:textId="77777777" w:rsidR="00C8771A" w:rsidRDefault="00C8771A"/>
        </w:tc>
        <w:tc>
          <w:tcPr>
            <w:tcW w:w="2160" w:type="dxa"/>
          </w:tcPr>
          <w:p w14:paraId="7A7C6504" w14:textId="77777777" w:rsidR="00C8771A" w:rsidRDefault="00C8771A"/>
        </w:tc>
        <w:tc>
          <w:tcPr>
            <w:tcW w:w="2160" w:type="dxa"/>
          </w:tcPr>
          <w:p w14:paraId="113C38AD" w14:textId="77777777" w:rsidR="00C8771A" w:rsidRDefault="00C8771A"/>
        </w:tc>
        <w:tc>
          <w:tcPr>
            <w:tcW w:w="2160" w:type="dxa"/>
          </w:tcPr>
          <w:p w14:paraId="4E56FFD1" w14:textId="77777777" w:rsidR="00C8771A" w:rsidRDefault="00C8771A"/>
        </w:tc>
      </w:tr>
      <w:tr w:rsidR="00C8771A" w14:paraId="3A9B1800" w14:textId="77777777">
        <w:tc>
          <w:tcPr>
            <w:tcW w:w="2160" w:type="dxa"/>
          </w:tcPr>
          <w:p w14:paraId="05E12A1D" w14:textId="77777777" w:rsidR="00C8771A" w:rsidRDefault="00C8771A"/>
        </w:tc>
        <w:tc>
          <w:tcPr>
            <w:tcW w:w="2160" w:type="dxa"/>
          </w:tcPr>
          <w:p w14:paraId="2A194193" w14:textId="77777777" w:rsidR="00C8771A" w:rsidRDefault="00C8771A"/>
        </w:tc>
        <w:tc>
          <w:tcPr>
            <w:tcW w:w="2160" w:type="dxa"/>
          </w:tcPr>
          <w:p w14:paraId="25F5703B" w14:textId="77777777" w:rsidR="00C8771A" w:rsidRDefault="00C8771A"/>
        </w:tc>
        <w:tc>
          <w:tcPr>
            <w:tcW w:w="2160" w:type="dxa"/>
          </w:tcPr>
          <w:p w14:paraId="53DF5A61" w14:textId="77777777" w:rsidR="00C8771A" w:rsidRDefault="00C8771A"/>
        </w:tc>
      </w:tr>
      <w:tr w:rsidR="00C8771A" w14:paraId="719559DE" w14:textId="77777777">
        <w:tc>
          <w:tcPr>
            <w:tcW w:w="2160" w:type="dxa"/>
          </w:tcPr>
          <w:p w14:paraId="6AF48CE4" w14:textId="77777777" w:rsidR="00C8771A" w:rsidRDefault="00C8771A"/>
        </w:tc>
        <w:tc>
          <w:tcPr>
            <w:tcW w:w="2160" w:type="dxa"/>
          </w:tcPr>
          <w:p w14:paraId="42CDFF50" w14:textId="77777777" w:rsidR="00C8771A" w:rsidRDefault="00C8771A"/>
        </w:tc>
        <w:tc>
          <w:tcPr>
            <w:tcW w:w="2160" w:type="dxa"/>
          </w:tcPr>
          <w:p w14:paraId="73C87CE5" w14:textId="77777777" w:rsidR="00C8771A" w:rsidRDefault="00C8771A"/>
        </w:tc>
        <w:tc>
          <w:tcPr>
            <w:tcW w:w="2160" w:type="dxa"/>
          </w:tcPr>
          <w:p w14:paraId="6D6C5F6A" w14:textId="77777777" w:rsidR="00C8771A" w:rsidRDefault="00C8771A"/>
        </w:tc>
      </w:tr>
      <w:tr w:rsidR="00C8771A" w14:paraId="6DE0A2D9" w14:textId="77777777">
        <w:tc>
          <w:tcPr>
            <w:tcW w:w="2160" w:type="dxa"/>
          </w:tcPr>
          <w:p w14:paraId="09A59D4D" w14:textId="77777777" w:rsidR="00C8771A" w:rsidRDefault="00C8771A"/>
        </w:tc>
        <w:tc>
          <w:tcPr>
            <w:tcW w:w="2160" w:type="dxa"/>
          </w:tcPr>
          <w:p w14:paraId="31904BFF" w14:textId="77777777" w:rsidR="00C8771A" w:rsidRDefault="00C8771A"/>
        </w:tc>
        <w:tc>
          <w:tcPr>
            <w:tcW w:w="2160" w:type="dxa"/>
          </w:tcPr>
          <w:p w14:paraId="07C031E2" w14:textId="77777777" w:rsidR="00C8771A" w:rsidRDefault="00C8771A"/>
        </w:tc>
        <w:tc>
          <w:tcPr>
            <w:tcW w:w="2160" w:type="dxa"/>
          </w:tcPr>
          <w:p w14:paraId="73466013" w14:textId="77777777" w:rsidR="00C8771A" w:rsidRDefault="00C8771A"/>
        </w:tc>
      </w:tr>
      <w:tr w:rsidR="00C8771A" w14:paraId="4E59D7FD" w14:textId="77777777">
        <w:tc>
          <w:tcPr>
            <w:tcW w:w="2160" w:type="dxa"/>
          </w:tcPr>
          <w:p w14:paraId="5DD458E4" w14:textId="77777777" w:rsidR="00C8771A" w:rsidRDefault="00C8771A"/>
        </w:tc>
        <w:tc>
          <w:tcPr>
            <w:tcW w:w="2160" w:type="dxa"/>
          </w:tcPr>
          <w:p w14:paraId="3662F89F" w14:textId="77777777" w:rsidR="00C8771A" w:rsidRDefault="00C8771A"/>
        </w:tc>
        <w:tc>
          <w:tcPr>
            <w:tcW w:w="2160" w:type="dxa"/>
          </w:tcPr>
          <w:p w14:paraId="0DE8C4C8" w14:textId="77777777" w:rsidR="00C8771A" w:rsidRDefault="00C8771A"/>
        </w:tc>
        <w:tc>
          <w:tcPr>
            <w:tcW w:w="2160" w:type="dxa"/>
          </w:tcPr>
          <w:p w14:paraId="35D1D80A" w14:textId="77777777" w:rsidR="00C8771A" w:rsidRDefault="00C8771A"/>
        </w:tc>
      </w:tr>
    </w:tbl>
    <w:p w14:paraId="67BFF560" w14:textId="77777777" w:rsidR="00C8771A" w:rsidRDefault="00000000">
      <w:r>
        <w:br w:type="page"/>
      </w:r>
    </w:p>
    <w:p w14:paraId="4A35565D" w14:textId="77777777" w:rsidR="00C8771A" w:rsidRDefault="00000000">
      <w:pPr>
        <w:pStyle w:val="Heading1"/>
      </w:pPr>
      <w:r>
        <w:lastRenderedPageBreak/>
        <w:t>Training &amp; Socialisation Milestones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C8771A" w14:paraId="60B51A80" w14:textId="77777777">
        <w:tc>
          <w:tcPr>
            <w:tcW w:w="2880" w:type="dxa"/>
          </w:tcPr>
          <w:p w14:paraId="7B3F1C9A" w14:textId="77777777" w:rsidR="00C8771A" w:rsidRDefault="00000000">
            <w:r>
              <w:t>Date</w:t>
            </w:r>
          </w:p>
        </w:tc>
        <w:tc>
          <w:tcPr>
            <w:tcW w:w="2880" w:type="dxa"/>
          </w:tcPr>
          <w:p w14:paraId="3F393296" w14:textId="77777777" w:rsidR="00C8771A" w:rsidRDefault="00000000">
            <w:r>
              <w:t>Milestone</w:t>
            </w:r>
          </w:p>
        </w:tc>
        <w:tc>
          <w:tcPr>
            <w:tcW w:w="2880" w:type="dxa"/>
          </w:tcPr>
          <w:p w14:paraId="10567AE3" w14:textId="77777777" w:rsidR="00C8771A" w:rsidRDefault="00000000">
            <w:r>
              <w:t>Notes</w:t>
            </w:r>
          </w:p>
        </w:tc>
      </w:tr>
      <w:tr w:rsidR="00C8771A" w14:paraId="729B4FFF" w14:textId="77777777">
        <w:tc>
          <w:tcPr>
            <w:tcW w:w="2880" w:type="dxa"/>
          </w:tcPr>
          <w:p w14:paraId="1EC677A5" w14:textId="77777777" w:rsidR="00C8771A" w:rsidRDefault="00C8771A"/>
        </w:tc>
        <w:tc>
          <w:tcPr>
            <w:tcW w:w="2880" w:type="dxa"/>
          </w:tcPr>
          <w:p w14:paraId="3EE8B1EF" w14:textId="77777777" w:rsidR="00C8771A" w:rsidRDefault="00C8771A"/>
        </w:tc>
        <w:tc>
          <w:tcPr>
            <w:tcW w:w="2880" w:type="dxa"/>
          </w:tcPr>
          <w:p w14:paraId="7FFEF21D" w14:textId="77777777" w:rsidR="00C8771A" w:rsidRDefault="00C8771A"/>
        </w:tc>
      </w:tr>
      <w:tr w:rsidR="00C8771A" w14:paraId="1A8B2834" w14:textId="77777777">
        <w:tc>
          <w:tcPr>
            <w:tcW w:w="2880" w:type="dxa"/>
          </w:tcPr>
          <w:p w14:paraId="4B58E771" w14:textId="77777777" w:rsidR="00C8771A" w:rsidRDefault="00C8771A"/>
        </w:tc>
        <w:tc>
          <w:tcPr>
            <w:tcW w:w="2880" w:type="dxa"/>
          </w:tcPr>
          <w:p w14:paraId="2CB3B2FE" w14:textId="77777777" w:rsidR="00C8771A" w:rsidRDefault="00C8771A"/>
        </w:tc>
        <w:tc>
          <w:tcPr>
            <w:tcW w:w="2880" w:type="dxa"/>
          </w:tcPr>
          <w:p w14:paraId="04E6850E" w14:textId="77777777" w:rsidR="00C8771A" w:rsidRDefault="00C8771A"/>
        </w:tc>
      </w:tr>
      <w:tr w:rsidR="00C8771A" w14:paraId="6C03D7A8" w14:textId="77777777">
        <w:tc>
          <w:tcPr>
            <w:tcW w:w="2880" w:type="dxa"/>
          </w:tcPr>
          <w:p w14:paraId="67921C9E" w14:textId="77777777" w:rsidR="00C8771A" w:rsidRDefault="00C8771A"/>
        </w:tc>
        <w:tc>
          <w:tcPr>
            <w:tcW w:w="2880" w:type="dxa"/>
          </w:tcPr>
          <w:p w14:paraId="6B60CF68" w14:textId="77777777" w:rsidR="00C8771A" w:rsidRDefault="00C8771A"/>
        </w:tc>
        <w:tc>
          <w:tcPr>
            <w:tcW w:w="2880" w:type="dxa"/>
          </w:tcPr>
          <w:p w14:paraId="7C01CC34" w14:textId="77777777" w:rsidR="00C8771A" w:rsidRDefault="00C8771A"/>
        </w:tc>
      </w:tr>
      <w:tr w:rsidR="00C8771A" w14:paraId="2CA40D60" w14:textId="77777777">
        <w:tc>
          <w:tcPr>
            <w:tcW w:w="2880" w:type="dxa"/>
          </w:tcPr>
          <w:p w14:paraId="6A75301B" w14:textId="77777777" w:rsidR="00C8771A" w:rsidRDefault="00C8771A"/>
        </w:tc>
        <w:tc>
          <w:tcPr>
            <w:tcW w:w="2880" w:type="dxa"/>
          </w:tcPr>
          <w:p w14:paraId="2CC36130" w14:textId="77777777" w:rsidR="00C8771A" w:rsidRDefault="00C8771A"/>
        </w:tc>
        <w:tc>
          <w:tcPr>
            <w:tcW w:w="2880" w:type="dxa"/>
          </w:tcPr>
          <w:p w14:paraId="5E743F0F" w14:textId="77777777" w:rsidR="00C8771A" w:rsidRDefault="00C8771A"/>
        </w:tc>
      </w:tr>
      <w:tr w:rsidR="00C8771A" w14:paraId="1236DD3F" w14:textId="77777777">
        <w:tc>
          <w:tcPr>
            <w:tcW w:w="2880" w:type="dxa"/>
          </w:tcPr>
          <w:p w14:paraId="2CA1D712" w14:textId="77777777" w:rsidR="00C8771A" w:rsidRDefault="00C8771A"/>
        </w:tc>
        <w:tc>
          <w:tcPr>
            <w:tcW w:w="2880" w:type="dxa"/>
          </w:tcPr>
          <w:p w14:paraId="57C4940C" w14:textId="77777777" w:rsidR="00C8771A" w:rsidRDefault="00C8771A"/>
        </w:tc>
        <w:tc>
          <w:tcPr>
            <w:tcW w:w="2880" w:type="dxa"/>
          </w:tcPr>
          <w:p w14:paraId="2B706747" w14:textId="77777777" w:rsidR="00C8771A" w:rsidRDefault="00C8771A"/>
        </w:tc>
      </w:tr>
      <w:tr w:rsidR="00C8771A" w14:paraId="3C8188DE" w14:textId="77777777">
        <w:tc>
          <w:tcPr>
            <w:tcW w:w="2880" w:type="dxa"/>
          </w:tcPr>
          <w:p w14:paraId="5DD2742E" w14:textId="77777777" w:rsidR="00C8771A" w:rsidRDefault="00C8771A"/>
        </w:tc>
        <w:tc>
          <w:tcPr>
            <w:tcW w:w="2880" w:type="dxa"/>
          </w:tcPr>
          <w:p w14:paraId="6DBFEEB0" w14:textId="77777777" w:rsidR="00C8771A" w:rsidRDefault="00C8771A"/>
        </w:tc>
        <w:tc>
          <w:tcPr>
            <w:tcW w:w="2880" w:type="dxa"/>
          </w:tcPr>
          <w:p w14:paraId="7734B7F1" w14:textId="77777777" w:rsidR="00C8771A" w:rsidRDefault="00C8771A"/>
        </w:tc>
      </w:tr>
      <w:tr w:rsidR="00C8771A" w14:paraId="4151A151" w14:textId="77777777">
        <w:tc>
          <w:tcPr>
            <w:tcW w:w="2880" w:type="dxa"/>
          </w:tcPr>
          <w:p w14:paraId="506C9147" w14:textId="77777777" w:rsidR="00C8771A" w:rsidRDefault="00C8771A"/>
        </w:tc>
        <w:tc>
          <w:tcPr>
            <w:tcW w:w="2880" w:type="dxa"/>
          </w:tcPr>
          <w:p w14:paraId="700E2875" w14:textId="77777777" w:rsidR="00C8771A" w:rsidRDefault="00C8771A"/>
        </w:tc>
        <w:tc>
          <w:tcPr>
            <w:tcW w:w="2880" w:type="dxa"/>
          </w:tcPr>
          <w:p w14:paraId="6A32FE46" w14:textId="77777777" w:rsidR="00C8771A" w:rsidRDefault="00C8771A"/>
        </w:tc>
      </w:tr>
      <w:tr w:rsidR="00C8771A" w14:paraId="734CC4D3" w14:textId="77777777">
        <w:tc>
          <w:tcPr>
            <w:tcW w:w="2880" w:type="dxa"/>
          </w:tcPr>
          <w:p w14:paraId="73A66AC0" w14:textId="77777777" w:rsidR="00C8771A" w:rsidRDefault="00C8771A"/>
        </w:tc>
        <w:tc>
          <w:tcPr>
            <w:tcW w:w="2880" w:type="dxa"/>
          </w:tcPr>
          <w:p w14:paraId="525A4F25" w14:textId="77777777" w:rsidR="00C8771A" w:rsidRDefault="00C8771A"/>
        </w:tc>
        <w:tc>
          <w:tcPr>
            <w:tcW w:w="2880" w:type="dxa"/>
          </w:tcPr>
          <w:p w14:paraId="6D9B20F8" w14:textId="77777777" w:rsidR="00C8771A" w:rsidRDefault="00C8771A"/>
        </w:tc>
      </w:tr>
      <w:tr w:rsidR="00C8771A" w14:paraId="41530AB3" w14:textId="77777777">
        <w:tc>
          <w:tcPr>
            <w:tcW w:w="2880" w:type="dxa"/>
          </w:tcPr>
          <w:p w14:paraId="6327C0B8" w14:textId="77777777" w:rsidR="00C8771A" w:rsidRDefault="00C8771A"/>
        </w:tc>
        <w:tc>
          <w:tcPr>
            <w:tcW w:w="2880" w:type="dxa"/>
          </w:tcPr>
          <w:p w14:paraId="07194C9B" w14:textId="77777777" w:rsidR="00C8771A" w:rsidRDefault="00C8771A"/>
        </w:tc>
        <w:tc>
          <w:tcPr>
            <w:tcW w:w="2880" w:type="dxa"/>
          </w:tcPr>
          <w:p w14:paraId="709C9027" w14:textId="77777777" w:rsidR="00C8771A" w:rsidRDefault="00C8771A"/>
        </w:tc>
      </w:tr>
      <w:tr w:rsidR="00C8771A" w14:paraId="5055A756" w14:textId="77777777">
        <w:tc>
          <w:tcPr>
            <w:tcW w:w="2880" w:type="dxa"/>
          </w:tcPr>
          <w:p w14:paraId="29CE4979" w14:textId="77777777" w:rsidR="00C8771A" w:rsidRDefault="00C8771A"/>
        </w:tc>
        <w:tc>
          <w:tcPr>
            <w:tcW w:w="2880" w:type="dxa"/>
          </w:tcPr>
          <w:p w14:paraId="69E575A1" w14:textId="77777777" w:rsidR="00C8771A" w:rsidRDefault="00C8771A"/>
        </w:tc>
        <w:tc>
          <w:tcPr>
            <w:tcW w:w="2880" w:type="dxa"/>
          </w:tcPr>
          <w:p w14:paraId="22DE970E" w14:textId="77777777" w:rsidR="00C8771A" w:rsidRDefault="00C8771A"/>
        </w:tc>
      </w:tr>
      <w:tr w:rsidR="00C8771A" w14:paraId="52CA90A7" w14:textId="77777777">
        <w:tc>
          <w:tcPr>
            <w:tcW w:w="2880" w:type="dxa"/>
          </w:tcPr>
          <w:p w14:paraId="01017160" w14:textId="77777777" w:rsidR="00C8771A" w:rsidRDefault="00C8771A"/>
        </w:tc>
        <w:tc>
          <w:tcPr>
            <w:tcW w:w="2880" w:type="dxa"/>
          </w:tcPr>
          <w:p w14:paraId="2F672F44" w14:textId="77777777" w:rsidR="00C8771A" w:rsidRDefault="00C8771A"/>
        </w:tc>
        <w:tc>
          <w:tcPr>
            <w:tcW w:w="2880" w:type="dxa"/>
          </w:tcPr>
          <w:p w14:paraId="248D10CF" w14:textId="77777777" w:rsidR="00C8771A" w:rsidRDefault="00C8771A"/>
        </w:tc>
      </w:tr>
      <w:tr w:rsidR="00C8771A" w14:paraId="51D84CAE" w14:textId="77777777">
        <w:tc>
          <w:tcPr>
            <w:tcW w:w="2880" w:type="dxa"/>
          </w:tcPr>
          <w:p w14:paraId="401C48BF" w14:textId="77777777" w:rsidR="00C8771A" w:rsidRDefault="00C8771A"/>
        </w:tc>
        <w:tc>
          <w:tcPr>
            <w:tcW w:w="2880" w:type="dxa"/>
          </w:tcPr>
          <w:p w14:paraId="181FA31A" w14:textId="77777777" w:rsidR="00C8771A" w:rsidRDefault="00C8771A"/>
        </w:tc>
        <w:tc>
          <w:tcPr>
            <w:tcW w:w="2880" w:type="dxa"/>
          </w:tcPr>
          <w:p w14:paraId="10C0DC83" w14:textId="77777777" w:rsidR="00C8771A" w:rsidRDefault="00C8771A"/>
        </w:tc>
      </w:tr>
    </w:tbl>
    <w:p w14:paraId="720286CD" w14:textId="77777777" w:rsidR="00C8771A" w:rsidRDefault="00000000">
      <w:pPr>
        <w:pStyle w:val="Heading1"/>
      </w:pPr>
      <w:r>
        <w:t>Emergency Contacts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C8771A" w14:paraId="3A11AAC6" w14:textId="77777777">
        <w:tc>
          <w:tcPr>
            <w:tcW w:w="4320" w:type="dxa"/>
          </w:tcPr>
          <w:p w14:paraId="65FA4D46" w14:textId="77777777" w:rsidR="00C8771A" w:rsidRDefault="00000000">
            <w:r>
              <w:t>Primary Vet</w:t>
            </w:r>
          </w:p>
        </w:tc>
        <w:tc>
          <w:tcPr>
            <w:tcW w:w="4320" w:type="dxa"/>
          </w:tcPr>
          <w:p w14:paraId="4E73585C" w14:textId="77777777" w:rsidR="00C8771A" w:rsidRDefault="00C8771A"/>
        </w:tc>
      </w:tr>
      <w:tr w:rsidR="00C8771A" w14:paraId="00BF75E3" w14:textId="77777777">
        <w:tc>
          <w:tcPr>
            <w:tcW w:w="4320" w:type="dxa"/>
          </w:tcPr>
          <w:p w14:paraId="52D1303E" w14:textId="77777777" w:rsidR="00C8771A" w:rsidRDefault="00000000">
            <w:r>
              <w:t>Emergency Vet</w:t>
            </w:r>
          </w:p>
        </w:tc>
        <w:tc>
          <w:tcPr>
            <w:tcW w:w="4320" w:type="dxa"/>
          </w:tcPr>
          <w:p w14:paraId="3E348AD9" w14:textId="77777777" w:rsidR="00C8771A" w:rsidRDefault="00C8771A"/>
        </w:tc>
      </w:tr>
      <w:tr w:rsidR="00C8771A" w14:paraId="39480D3A" w14:textId="77777777">
        <w:tc>
          <w:tcPr>
            <w:tcW w:w="4320" w:type="dxa"/>
          </w:tcPr>
          <w:p w14:paraId="4C1A2AC7" w14:textId="77777777" w:rsidR="00C8771A" w:rsidRDefault="00000000">
            <w:r>
              <w:t>Pet Sitter</w:t>
            </w:r>
          </w:p>
        </w:tc>
        <w:tc>
          <w:tcPr>
            <w:tcW w:w="4320" w:type="dxa"/>
          </w:tcPr>
          <w:p w14:paraId="22E7FFAB" w14:textId="77777777" w:rsidR="00C8771A" w:rsidRDefault="00C8771A"/>
        </w:tc>
      </w:tr>
      <w:tr w:rsidR="00C8771A" w14:paraId="7D5E31D2" w14:textId="77777777">
        <w:tc>
          <w:tcPr>
            <w:tcW w:w="4320" w:type="dxa"/>
          </w:tcPr>
          <w:p w14:paraId="1C303633" w14:textId="77777777" w:rsidR="00C8771A" w:rsidRDefault="00000000">
            <w:r>
              <w:t>Family Contact</w:t>
            </w:r>
          </w:p>
        </w:tc>
        <w:tc>
          <w:tcPr>
            <w:tcW w:w="4320" w:type="dxa"/>
          </w:tcPr>
          <w:p w14:paraId="009C0AFD" w14:textId="77777777" w:rsidR="00C8771A" w:rsidRDefault="00C8771A"/>
        </w:tc>
      </w:tr>
      <w:tr w:rsidR="00C8771A" w14:paraId="79E5E80B" w14:textId="77777777">
        <w:tc>
          <w:tcPr>
            <w:tcW w:w="4320" w:type="dxa"/>
          </w:tcPr>
          <w:p w14:paraId="21AA420C" w14:textId="77777777" w:rsidR="00C8771A" w:rsidRDefault="00000000">
            <w:r>
              <w:t>Insurance Claims</w:t>
            </w:r>
          </w:p>
        </w:tc>
        <w:tc>
          <w:tcPr>
            <w:tcW w:w="4320" w:type="dxa"/>
          </w:tcPr>
          <w:p w14:paraId="1BB495DC" w14:textId="77777777" w:rsidR="00C8771A" w:rsidRDefault="00C8771A"/>
        </w:tc>
      </w:tr>
    </w:tbl>
    <w:p w14:paraId="0403E702" w14:textId="77777777" w:rsidR="0087674C" w:rsidRDefault="0087674C"/>
    <w:sectPr w:rsidR="0087674C" w:rsidSect="00034616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569B5F8" w14:textId="77777777" w:rsidR="0087674C" w:rsidRDefault="0087674C" w:rsidP="007E73EC">
      <w:pPr>
        <w:spacing w:after="0" w:line="240" w:lineRule="auto"/>
      </w:pPr>
      <w:r>
        <w:separator/>
      </w:r>
    </w:p>
  </w:endnote>
  <w:endnote w:type="continuationSeparator" w:id="0">
    <w:p w14:paraId="20C0DBBA" w14:textId="77777777" w:rsidR="0087674C" w:rsidRDefault="0087674C" w:rsidP="007E7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7A778F0" w14:textId="6574CA95" w:rsidR="007E73EC" w:rsidRDefault="007E73EC" w:rsidP="007E73EC">
    <w:pPr>
      <w:pStyle w:val="Footer"/>
      <w:tabs>
        <w:tab w:val="clear" w:pos="4680"/>
        <w:tab w:val="clear" w:pos="9360"/>
        <w:tab w:val="right" w:pos="8640"/>
      </w:tabs>
    </w:pPr>
    <w:r w:rsidRPr="00F01429">
      <w:rPr>
        <w:rFonts w:ascii="Arial" w:hAnsi="Arial" w:cs="Arial"/>
      </w:rPr>
      <w:t>Get your online digital pet records</w:t>
    </w:r>
    <w:r>
      <w:rPr>
        <w:rFonts w:ascii="Arial" w:hAnsi="Arial" w:cs="Arial"/>
      </w:rPr>
      <w:tab/>
    </w:r>
    <w:r w:rsidRPr="00F01429">
      <w:rPr>
        <w:rFonts w:ascii="Arial" w:hAnsi="Arial" w:cs="Arial"/>
      </w:rPr>
      <w:t>www.MyPetNet.co.uk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E5B235F" w14:textId="77777777" w:rsidR="0087674C" w:rsidRDefault="0087674C" w:rsidP="007E73EC">
      <w:pPr>
        <w:spacing w:after="0" w:line="240" w:lineRule="auto"/>
      </w:pPr>
      <w:r>
        <w:separator/>
      </w:r>
    </w:p>
  </w:footnote>
  <w:footnote w:type="continuationSeparator" w:id="0">
    <w:p w14:paraId="3098958A" w14:textId="77777777" w:rsidR="0087674C" w:rsidRDefault="0087674C" w:rsidP="007E7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5F10DA1" w14:textId="45450281" w:rsidR="007E73EC" w:rsidRDefault="007E73EC" w:rsidP="007E73EC">
    <w:pPr>
      <w:pStyle w:val="Header"/>
      <w:jc w:val="center"/>
    </w:pPr>
    <w:r>
      <w:fldChar w:fldCharType="begin"/>
    </w:r>
    <w:r>
      <w:instrText xml:space="preserve"> INCLUDEPICTURE "https://mypetnet.co.uk/online/assets/mypetnet.png" \* MERGEFORMATINET </w:instrText>
    </w:r>
    <w:r>
      <w:fldChar w:fldCharType="separate"/>
    </w:r>
    <w:r>
      <w:rPr>
        <w:noProof/>
      </w:rPr>
      <w:drawing>
        <wp:inline distT="0" distB="0" distL="0" distR="0" wp14:anchorId="037DF213" wp14:editId="11BC62E6">
          <wp:extent cx="761229" cy="557048"/>
          <wp:effectExtent l="0" t="0" r="1270" b="1905"/>
          <wp:docPr id="123853996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430" cy="592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87827903">
    <w:abstractNumId w:val="8"/>
  </w:num>
  <w:num w:numId="2" w16cid:durableId="1224021709">
    <w:abstractNumId w:val="6"/>
  </w:num>
  <w:num w:numId="3" w16cid:durableId="364017465">
    <w:abstractNumId w:val="5"/>
  </w:num>
  <w:num w:numId="4" w16cid:durableId="379014448">
    <w:abstractNumId w:val="4"/>
  </w:num>
  <w:num w:numId="5" w16cid:durableId="968321835">
    <w:abstractNumId w:val="7"/>
  </w:num>
  <w:num w:numId="6" w16cid:durableId="751658854">
    <w:abstractNumId w:val="3"/>
  </w:num>
  <w:num w:numId="7" w16cid:durableId="1645235394">
    <w:abstractNumId w:val="2"/>
  </w:num>
  <w:num w:numId="8" w16cid:durableId="2052073693">
    <w:abstractNumId w:val="1"/>
  </w:num>
  <w:num w:numId="9" w16cid:durableId="22814960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E73EC"/>
    <w:rsid w:val="0087674C"/>
    <w:rsid w:val="00AA1D8D"/>
    <w:rsid w:val="00B47730"/>
    <w:rsid w:val="00C8771A"/>
    <w:rsid w:val="00CB0664"/>
    <w:rsid w:val="00F81F3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6DBEF4E"/>
  <w14:defaultImageDpi w14:val="300"/>
  <w15:docId w15:val="{96754F4C-0F45-1549-8BF4-CB44EA90A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113</Words>
  <Characters>661</Characters>
  <Application>Microsoft Office Word</Application>
  <DocSecurity>0</DocSecurity>
  <Lines>309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MyPetNet</Company>
  <LinksUpToDate>false</LinksUpToDate>
  <CharactersWithSpaces>717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Puppy Health Record Template</dc:title>
  <dc:subject/>
  <dc:creator>MyPetNet</dc:creator>
  <cp:keywords/>
  <dc:description/>
  <cp:lastModifiedBy>Carl McLaren</cp:lastModifiedBy>
  <cp:revision>2</cp:revision>
  <dcterms:created xsi:type="dcterms:W3CDTF">2026-09-09T21:17:00Z</dcterms:created>
  <dcterms:modified xsi:type="dcterms:W3CDTF">2026-09-09T22:40:00Z</dcterms:modified>
  <cp:category/>
</cp:coreProperties>
</file>